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2F74" w:rsidRPr="002002A8" w:rsidRDefault="009006E1" w:rsidP="00C941B0">
      <w:pPr>
        <w:spacing w:after="0"/>
        <w:jc w:val="center"/>
        <w:rPr>
          <w:rFonts w:ascii="Goudy Old Style" w:hAnsi="Goudy Old Style" w:cs="Arial"/>
          <w:sz w:val="20"/>
          <w:szCs w:val="20"/>
          <w:lang w:val="it-IT"/>
        </w:rPr>
      </w:pPr>
      <w:r w:rsidRPr="002002A8">
        <w:rPr>
          <w:rFonts w:ascii="Goudy Old Style" w:hAnsi="Goudy Old Style" w:cs="Arial"/>
          <w:b/>
          <w:sz w:val="20"/>
          <w:szCs w:val="20"/>
          <w:lang w:val="it-IT"/>
        </w:rPr>
        <w:t>ALLEGATO A</w:t>
      </w:r>
    </w:p>
    <w:p w:rsidR="00E72F74" w:rsidRPr="002002A8" w:rsidRDefault="009006E1" w:rsidP="00C941B0">
      <w:pPr>
        <w:spacing w:after="0"/>
        <w:jc w:val="center"/>
        <w:rPr>
          <w:rFonts w:ascii="Goudy Old Style" w:hAnsi="Goudy Old Style" w:cs="Arial"/>
          <w:sz w:val="20"/>
          <w:szCs w:val="20"/>
          <w:lang w:val="it-IT"/>
        </w:rPr>
      </w:pPr>
      <w:r w:rsidRPr="002002A8">
        <w:rPr>
          <w:rFonts w:ascii="Goudy Old Style" w:hAnsi="Goudy Old Style" w:cs="Arial"/>
          <w:b/>
          <w:sz w:val="20"/>
          <w:szCs w:val="20"/>
          <w:lang w:val="it-IT"/>
        </w:rPr>
        <w:t>MANIFESTAZIONE DI INTERESSE PER IL RICONOSCIMENTO DI UN INDENNIZZO “UNA TANTUM”</w:t>
      </w:r>
    </w:p>
    <w:p w:rsidR="00E72F74" w:rsidRPr="002002A8" w:rsidRDefault="009006E1" w:rsidP="00C941B0">
      <w:pPr>
        <w:spacing w:after="0"/>
        <w:jc w:val="center"/>
        <w:rPr>
          <w:rFonts w:ascii="Goudy Old Style" w:hAnsi="Goudy Old Style" w:cs="Arial"/>
          <w:sz w:val="20"/>
          <w:szCs w:val="20"/>
          <w:lang w:val="it-IT"/>
        </w:rPr>
      </w:pPr>
      <w:r w:rsidRPr="002002A8">
        <w:rPr>
          <w:rFonts w:ascii="Goudy Old Style" w:hAnsi="Goudy Old Style" w:cs="Arial"/>
          <w:b/>
          <w:sz w:val="20"/>
          <w:szCs w:val="20"/>
          <w:lang w:val="it-IT"/>
        </w:rPr>
        <w:t>IN FAVORE DEI PROPRIETARI O DETENTORI DI IMMOBILI AD USO PRIVATO DANNEGGIATI DAGLI EVENTI ALLUVIONALI VERIFICATISI TRA L’11 E IL 20 FEBBRAIO 2026</w:t>
      </w:r>
    </w:p>
    <w:p w:rsidR="00E72F74" w:rsidRPr="00DF62B4" w:rsidRDefault="00E72F74">
      <w:pPr>
        <w:rPr>
          <w:rFonts w:ascii="Goudy Old Style" w:hAnsi="Goudy Old Style" w:cs="Arial"/>
          <w:sz w:val="16"/>
          <w:szCs w:val="16"/>
          <w:lang w:val="it-IT"/>
        </w:rPr>
      </w:pPr>
    </w:p>
    <w:p w:rsidR="00E72F74" w:rsidRPr="002002A8" w:rsidRDefault="009006E1" w:rsidP="00C941B0">
      <w:pPr>
        <w:spacing w:after="0"/>
        <w:jc w:val="center"/>
        <w:rPr>
          <w:rFonts w:ascii="Goudy Old Style" w:hAnsi="Goudy Old Style" w:cs="Arial"/>
          <w:sz w:val="24"/>
          <w:szCs w:val="24"/>
          <w:lang w:val="it-IT"/>
        </w:rPr>
      </w:pPr>
      <w:r w:rsidRPr="002002A8">
        <w:rPr>
          <w:rFonts w:ascii="Goudy Old Style" w:hAnsi="Goudy Old Style" w:cs="Arial"/>
          <w:b/>
          <w:sz w:val="24"/>
          <w:szCs w:val="24"/>
          <w:lang w:val="it-IT"/>
        </w:rPr>
        <w:t xml:space="preserve">Riferimento normativo: </w:t>
      </w:r>
      <w:r w:rsidRPr="002002A8">
        <w:rPr>
          <w:rFonts w:ascii="Goudy Old Style" w:hAnsi="Goudy Old Style" w:cs="Arial"/>
          <w:sz w:val="24"/>
          <w:szCs w:val="24"/>
          <w:lang w:val="it-IT"/>
        </w:rPr>
        <w:t>Legge regionale n. ______ del __________, pubblicata sul BURC n. ______ del __________.</w:t>
      </w:r>
    </w:p>
    <w:p w:rsidR="00E72F74" w:rsidRPr="002002A8" w:rsidRDefault="009006E1" w:rsidP="00C941B0">
      <w:pPr>
        <w:spacing w:after="0"/>
        <w:jc w:val="center"/>
        <w:rPr>
          <w:rFonts w:ascii="Goudy Old Style" w:hAnsi="Goudy Old Style" w:cs="Arial"/>
          <w:sz w:val="24"/>
          <w:szCs w:val="24"/>
          <w:lang w:val="it-IT"/>
        </w:rPr>
      </w:pPr>
      <w:r w:rsidRPr="002002A8">
        <w:rPr>
          <w:rFonts w:ascii="Goudy Old Style" w:hAnsi="Goudy Old Style" w:cs="Arial"/>
          <w:b/>
          <w:sz w:val="24"/>
          <w:szCs w:val="24"/>
          <w:lang w:val="it-IT"/>
        </w:rPr>
        <w:t xml:space="preserve">Disposizione di riferimento: </w:t>
      </w:r>
      <w:r w:rsidRPr="002002A8">
        <w:rPr>
          <w:rFonts w:ascii="Goudy Old Style" w:hAnsi="Goudy Old Style" w:cs="Arial"/>
          <w:sz w:val="24"/>
          <w:szCs w:val="24"/>
          <w:lang w:val="it-IT"/>
        </w:rPr>
        <w:t>art. ____ / comma ____ (da completare con gli estremi definitivi).</w:t>
      </w:r>
    </w:p>
    <w:p w:rsidR="00E72F74" w:rsidRPr="00DF62B4" w:rsidRDefault="00E72F74">
      <w:pPr>
        <w:rPr>
          <w:rFonts w:ascii="Goudy Old Style" w:hAnsi="Goudy Old Style" w:cs="Arial"/>
          <w:sz w:val="16"/>
          <w:szCs w:val="16"/>
          <w:lang w:val="it-IT"/>
        </w:rPr>
      </w:pPr>
    </w:p>
    <w:p w:rsidR="00A1011C" w:rsidRPr="002002A8" w:rsidRDefault="009006E1" w:rsidP="00A1011C">
      <w:pPr>
        <w:ind w:left="4320" w:firstLine="720"/>
        <w:rPr>
          <w:rFonts w:ascii="Goudy Old Style" w:hAnsi="Goudy Old Style" w:cs="Arial"/>
          <w:b/>
          <w:sz w:val="24"/>
          <w:szCs w:val="24"/>
          <w:lang w:val="it-IT"/>
        </w:rPr>
      </w:pPr>
      <w:r w:rsidRPr="002002A8">
        <w:rPr>
          <w:rFonts w:ascii="Goudy Old Style" w:hAnsi="Goudy Old Style" w:cs="Arial"/>
          <w:b/>
          <w:sz w:val="24"/>
          <w:szCs w:val="24"/>
          <w:lang w:val="it-IT"/>
        </w:rPr>
        <w:t xml:space="preserve">AL COMUNE DI </w:t>
      </w:r>
    </w:p>
    <w:p w:rsidR="00E72F74" w:rsidRPr="002002A8" w:rsidRDefault="009006E1" w:rsidP="00A1011C">
      <w:pPr>
        <w:ind w:left="4320" w:firstLine="720"/>
        <w:rPr>
          <w:rFonts w:ascii="Goudy Old Style" w:hAnsi="Goudy Old Style" w:cs="Arial"/>
          <w:sz w:val="24"/>
          <w:szCs w:val="24"/>
          <w:lang w:val="it-IT"/>
        </w:rPr>
      </w:pPr>
      <w:r w:rsidRPr="002002A8">
        <w:rPr>
          <w:rFonts w:ascii="Goudy Old Style" w:hAnsi="Goudy Old Style" w:cs="Arial"/>
          <w:sz w:val="24"/>
          <w:szCs w:val="24"/>
          <w:lang w:val="it-IT"/>
        </w:rPr>
        <w:t>____________________________________</w:t>
      </w:r>
    </w:p>
    <w:p w:rsidR="00E72F74" w:rsidRPr="00DF62B4" w:rsidRDefault="00E72F74">
      <w:pPr>
        <w:rPr>
          <w:rFonts w:ascii="Goudy Old Style" w:hAnsi="Goudy Old Style" w:cs="Arial"/>
          <w:sz w:val="16"/>
          <w:szCs w:val="16"/>
          <w:lang w:val="it-IT"/>
        </w:rPr>
      </w:pPr>
    </w:p>
    <w:p w:rsidR="00E72F74" w:rsidRPr="002002A8" w:rsidRDefault="009006E1" w:rsidP="00A1011C">
      <w:pPr>
        <w:jc w:val="both"/>
        <w:rPr>
          <w:rFonts w:ascii="Goudy Old Style" w:hAnsi="Goudy Old Style" w:cs="Arial"/>
          <w:sz w:val="24"/>
          <w:szCs w:val="24"/>
          <w:lang w:val="it-IT"/>
        </w:rPr>
      </w:pPr>
      <w:r w:rsidRPr="002002A8">
        <w:rPr>
          <w:rFonts w:ascii="Goudy Old Style" w:hAnsi="Goudy Old Style" w:cs="Arial"/>
          <w:b/>
          <w:sz w:val="24"/>
          <w:szCs w:val="24"/>
          <w:lang w:val="it-IT"/>
        </w:rPr>
        <w:t xml:space="preserve">Il/La sottoscritto/a </w:t>
      </w:r>
      <w:r w:rsidRPr="002002A8">
        <w:rPr>
          <w:rFonts w:ascii="Goudy Old Style" w:hAnsi="Goudy Old Style" w:cs="Arial"/>
          <w:sz w:val="24"/>
          <w:szCs w:val="24"/>
          <w:lang w:val="it-IT"/>
        </w:rPr>
        <w:t>_____________________________________</w:t>
      </w:r>
      <w:r w:rsidR="00A1011C" w:rsidRPr="002002A8">
        <w:rPr>
          <w:rFonts w:ascii="Goudy Old Style" w:hAnsi="Goudy Old Style" w:cs="Arial"/>
          <w:sz w:val="24"/>
          <w:szCs w:val="24"/>
          <w:lang w:val="it-IT"/>
        </w:rPr>
        <w:t>_______</w:t>
      </w:r>
      <w:r w:rsidRPr="002002A8">
        <w:rPr>
          <w:rFonts w:ascii="Goudy Old Style" w:hAnsi="Goudy Old Style" w:cs="Arial"/>
          <w:sz w:val="24"/>
          <w:szCs w:val="24"/>
          <w:lang w:val="it-IT"/>
        </w:rPr>
        <w:t>_________</w:t>
      </w:r>
    </w:p>
    <w:p w:rsidR="00E72F74" w:rsidRPr="002002A8" w:rsidRDefault="009006E1" w:rsidP="00A1011C">
      <w:pPr>
        <w:jc w:val="both"/>
        <w:rPr>
          <w:rFonts w:ascii="Goudy Old Style" w:hAnsi="Goudy Old Style" w:cs="Arial"/>
          <w:sz w:val="24"/>
          <w:szCs w:val="24"/>
          <w:lang w:val="it-IT"/>
        </w:rPr>
      </w:pPr>
      <w:r w:rsidRPr="002002A8">
        <w:rPr>
          <w:rFonts w:ascii="Goudy Old Style" w:hAnsi="Goudy Old Style" w:cs="Arial"/>
          <w:b/>
          <w:sz w:val="24"/>
          <w:szCs w:val="24"/>
          <w:lang w:val="it-IT"/>
        </w:rPr>
        <w:t xml:space="preserve">nato/a a </w:t>
      </w:r>
      <w:r w:rsidRPr="002002A8">
        <w:rPr>
          <w:rFonts w:ascii="Goudy Old Style" w:hAnsi="Goudy Old Style" w:cs="Arial"/>
          <w:sz w:val="24"/>
          <w:szCs w:val="24"/>
          <w:lang w:val="it-IT"/>
        </w:rPr>
        <w:t>__________________________________ il __________________</w:t>
      </w:r>
    </w:p>
    <w:p w:rsidR="00E72F74" w:rsidRPr="002002A8" w:rsidRDefault="009006E1" w:rsidP="00A1011C">
      <w:pPr>
        <w:jc w:val="both"/>
        <w:rPr>
          <w:rFonts w:ascii="Goudy Old Style" w:hAnsi="Goudy Old Style" w:cs="Arial"/>
          <w:sz w:val="24"/>
          <w:szCs w:val="24"/>
          <w:lang w:val="it-IT"/>
        </w:rPr>
      </w:pPr>
      <w:r w:rsidRPr="002002A8">
        <w:rPr>
          <w:rFonts w:ascii="Goudy Old Style" w:hAnsi="Goudy Old Style" w:cs="Arial"/>
          <w:b/>
          <w:sz w:val="24"/>
          <w:szCs w:val="24"/>
          <w:lang w:val="it-IT"/>
        </w:rPr>
        <w:t xml:space="preserve">C.F. </w:t>
      </w:r>
      <w:r w:rsidRPr="002002A8">
        <w:rPr>
          <w:rFonts w:ascii="Goudy Old Style" w:hAnsi="Goudy Old Style" w:cs="Arial"/>
          <w:sz w:val="24"/>
          <w:szCs w:val="24"/>
          <w:lang w:val="it-IT"/>
        </w:rPr>
        <w:t>____________________________________________________________</w:t>
      </w:r>
    </w:p>
    <w:p w:rsidR="00E72F74" w:rsidRPr="002002A8" w:rsidRDefault="009006E1" w:rsidP="00A1011C">
      <w:pPr>
        <w:jc w:val="both"/>
        <w:rPr>
          <w:rFonts w:ascii="Goudy Old Style" w:hAnsi="Goudy Old Style" w:cs="Arial"/>
          <w:sz w:val="24"/>
          <w:szCs w:val="24"/>
          <w:lang w:val="it-IT"/>
        </w:rPr>
      </w:pPr>
      <w:r w:rsidRPr="002002A8">
        <w:rPr>
          <w:rFonts w:ascii="Goudy Old Style" w:hAnsi="Goudy Old Style" w:cs="Arial"/>
          <w:b/>
          <w:sz w:val="24"/>
          <w:szCs w:val="24"/>
          <w:lang w:val="it-IT"/>
        </w:rPr>
        <w:t xml:space="preserve">residente a </w:t>
      </w:r>
      <w:r w:rsidRPr="002002A8">
        <w:rPr>
          <w:rFonts w:ascii="Goudy Old Style" w:hAnsi="Goudy Old Style" w:cs="Arial"/>
          <w:sz w:val="24"/>
          <w:szCs w:val="24"/>
          <w:lang w:val="it-IT"/>
        </w:rPr>
        <w:t>__________________________________ CAP ______________</w:t>
      </w:r>
    </w:p>
    <w:p w:rsidR="00E72F74" w:rsidRPr="002002A8" w:rsidRDefault="009006E1" w:rsidP="00A1011C">
      <w:pPr>
        <w:jc w:val="both"/>
        <w:rPr>
          <w:rFonts w:ascii="Goudy Old Style" w:hAnsi="Goudy Old Style" w:cs="Arial"/>
          <w:sz w:val="24"/>
          <w:szCs w:val="24"/>
          <w:lang w:val="it-IT"/>
        </w:rPr>
      </w:pPr>
      <w:r w:rsidRPr="002002A8">
        <w:rPr>
          <w:rFonts w:ascii="Goudy Old Style" w:hAnsi="Goudy Old Style" w:cs="Arial"/>
          <w:b/>
          <w:sz w:val="24"/>
          <w:szCs w:val="24"/>
          <w:lang w:val="it-IT"/>
        </w:rPr>
        <w:t xml:space="preserve">Via/Piazza </w:t>
      </w:r>
      <w:r w:rsidRPr="002002A8">
        <w:rPr>
          <w:rFonts w:ascii="Goudy Old Style" w:hAnsi="Goudy Old Style" w:cs="Arial"/>
          <w:sz w:val="24"/>
          <w:szCs w:val="24"/>
          <w:lang w:val="it-IT"/>
        </w:rPr>
        <w:t>________________________________________ n. __________</w:t>
      </w:r>
    </w:p>
    <w:p w:rsidR="00E72F74" w:rsidRPr="002002A8" w:rsidRDefault="009006E1" w:rsidP="00A1011C">
      <w:pPr>
        <w:jc w:val="both"/>
        <w:rPr>
          <w:rFonts w:ascii="Goudy Old Style" w:hAnsi="Goudy Old Style" w:cs="Arial"/>
          <w:sz w:val="24"/>
          <w:szCs w:val="24"/>
          <w:lang w:val="it-IT"/>
        </w:rPr>
      </w:pPr>
      <w:r w:rsidRPr="002002A8">
        <w:rPr>
          <w:rFonts w:ascii="Goudy Old Style" w:hAnsi="Goudy Old Style" w:cs="Arial"/>
          <w:b/>
          <w:sz w:val="24"/>
          <w:szCs w:val="24"/>
          <w:lang w:val="it-IT"/>
        </w:rPr>
        <w:t xml:space="preserve">telefono </w:t>
      </w:r>
      <w:r w:rsidRPr="002002A8">
        <w:rPr>
          <w:rFonts w:ascii="Goudy Old Style" w:hAnsi="Goudy Old Style" w:cs="Arial"/>
          <w:sz w:val="24"/>
          <w:szCs w:val="24"/>
          <w:lang w:val="it-IT"/>
        </w:rPr>
        <w:t>________________________</w:t>
      </w:r>
    </w:p>
    <w:p w:rsidR="00E72F74" w:rsidRPr="002002A8" w:rsidRDefault="009006E1" w:rsidP="00A1011C">
      <w:pPr>
        <w:jc w:val="both"/>
        <w:rPr>
          <w:rFonts w:ascii="Goudy Old Style" w:hAnsi="Goudy Old Style" w:cs="Arial"/>
          <w:sz w:val="24"/>
          <w:szCs w:val="24"/>
          <w:lang w:val="it-IT"/>
        </w:rPr>
      </w:pPr>
      <w:r w:rsidRPr="002002A8">
        <w:rPr>
          <w:rFonts w:ascii="Goudy Old Style" w:hAnsi="Goudy Old Style" w:cs="Arial"/>
          <w:b/>
          <w:sz w:val="24"/>
          <w:szCs w:val="24"/>
          <w:lang w:val="it-IT"/>
        </w:rPr>
        <w:t xml:space="preserve">e-mail/PEC </w:t>
      </w:r>
      <w:r w:rsidRPr="002002A8">
        <w:rPr>
          <w:rFonts w:ascii="Goudy Old Style" w:hAnsi="Goudy Old Style" w:cs="Arial"/>
          <w:sz w:val="24"/>
          <w:szCs w:val="24"/>
          <w:lang w:val="it-IT"/>
        </w:rPr>
        <w:t>____________________________________________________</w:t>
      </w:r>
    </w:p>
    <w:p w:rsidR="00E72F74" w:rsidRPr="002002A8" w:rsidRDefault="009006E1" w:rsidP="00A1011C">
      <w:pPr>
        <w:jc w:val="both"/>
        <w:rPr>
          <w:rFonts w:ascii="Goudy Old Style" w:hAnsi="Goudy Old Style" w:cs="Arial"/>
          <w:sz w:val="24"/>
          <w:szCs w:val="24"/>
          <w:lang w:val="it-IT"/>
        </w:rPr>
      </w:pPr>
      <w:r w:rsidRPr="002002A8">
        <w:rPr>
          <w:rFonts w:ascii="Goudy Old Style" w:hAnsi="Goudy Old Style" w:cs="Arial"/>
          <w:b/>
          <w:sz w:val="24"/>
          <w:szCs w:val="24"/>
          <w:lang w:val="it-IT"/>
        </w:rPr>
        <w:t>in qualità di:</w:t>
      </w:r>
    </w:p>
    <w:p w:rsidR="00E72F74" w:rsidRPr="002002A8" w:rsidRDefault="009006E1" w:rsidP="00A1011C">
      <w:pPr>
        <w:ind w:left="283"/>
        <w:jc w:val="both"/>
        <w:rPr>
          <w:rFonts w:ascii="Goudy Old Style" w:hAnsi="Goudy Old Style" w:cs="Arial"/>
          <w:sz w:val="24"/>
          <w:szCs w:val="24"/>
          <w:lang w:val="it-IT"/>
        </w:rPr>
      </w:pPr>
      <w:r w:rsidRPr="002002A8">
        <w:rPr>
          <w:rFonts w:ascii="Goudy Old Style" w:hAnsi="Segoe UI Symbol" w:cs="Segoe UI Symbol"/>
          <w:sz w:val="24"/>
          <w:szCs w:val="24"/>
          <w:lang w:val="it-IT"/>
        </w:rPr>
        <w:t>☐</w:t>
      </w:r>
      <w:r w:rsidRPr="002002A8">
        <w:rPr>
          <w:rFonts w:ascii="Goudy Old Style" w:hAnsi="Goudy Old Style" w:cs="Arial"/>
          <w:sz w:val="24"/>
          <w:szCs w:val="24"/>
          <w:lang w:val="it-IT"/>
        </w:rPr>
        <w:t xml:space="preserve"> proprietario/a dell’immobile;</w:t>
      </w:r>
    </w:p>
    <w:p w:rsidR="00C941B0" w:rsidRPr="002002A8" w:rsidRDefault="009006E1" w:rsidP="00C941B0">
      <w:pPr>
        <w:ind w:left="283"/>
        <w:jc w:val="both"/>
        <w:rPr>
          <w:rFonts w:ascii="Goudy Old Style" w:hAnsi="Goudy Old Style" w:cs="Arial"/>
          <w:sz w:val="24"/>
          <w:szCs w:val="24"/>
          <w:lang w:val="it-IT"/>
        </w:rPr>
      </w:pPr>
      <w:r w:rsidRPr="002002A8">
        <w:rPr>
          <w:rFonts w:ascii="Goudy Old Style" w:hAnsi="Segoe UI Symbol" w:cs="Segoe UI Symbol"/>
          <w:sz w:val="24"/>
          <w:szCs w:val="24"/>
          <w:lang w:val="it-IT"/>
        </w:rPr>
        <w:t>☐</w:t>
      </w:r>
      <w:r w:rsidRPr="002002A8">
        <w:rPr>
          <w:rFonts w:ascii="Goudy Old Style" w:hAnsi="Goudy Old Style" w:cs="Arial"/>
          <w:sz w:val="24"/>
          <w:szCs w:val="24"/>
          <w:lang w:val="it-IT"/>
        </w:rPr>
        <w:t xml:space="preserve"> detentore/</w:t>
      </w:r>
      <w:proofErr w:type="spellStart"/>
      <w:r w:rsidRPr="002002A8">
        <w:rPr>
          <w:rFonts w:ascii="Goudy Old Style" w:hAnsi="Goudy Old Style" w:cs="Arial"/>
          <w:sz w:val="24"/>
          <w:szCs w:val="24"/>
          <w:lang w:val="it-IT"/>
        </w:rPr>
        <w:t>trice</w:t>
      </w:r>
      <w:proofErr w:type="spellEnd"/>
      <w:r w:rsidRPr="002002A8">
        <w:rPr>
          <w:rFonts w:ascii="Goudy Old Style" w:hAnsi="Goudy Old Style" w:cs="Arial"/>
          <w:sz w:val="24"/>
          <w:szCs w:val="24"/>
          <w:lang w:val="it-IT"/>
        </w:rPr>
        <w:t xml:space="preserve"> dell’immobile a titolo di ______________________________.</w:t>
      </w:r>
    </w:p>
    <w:p w:rsidR="00E72F74" w:rsidRPr="002002A8" w:rsidRDefault="009006E1" w:rsidP="00C941B0">
      <w:pPr>
        <w:jc w:val="center"/>
        <w:rPr>
          <w:rFonts w:ascii="Goudy Old Style" w:hAnsi="Goudy Old Style" w:cs="Arial"/>
          <w:sz w:val="24"/>
          <w:szCs w:val="24"/>
          <w:lang w:val="it-IT"/>
        </w:rPr>
      </w:pPr>
      <w:r w:rsidRPr="002002A8">
        <w:rPr>
          <w:rFonts w:ascii="Goudy Old Style" w:hAnsi="Goudy Old Style" w:cs="Arial"/>
          <w:b/>
          <w:sz w:val="24"/>
          <w:szCs w:val="24"/>
          <w:lang w:val="it-IT"/>
        </w:rPr>
        <w:t>DATI DELL’IMMOBILE</w:t>
      </w:r>
    </w:p>
    <w:p w:rsidR="00E72F74" w:rsidRPr="002002A8" w:rsidRDefault="009006E1" w:rsidP="00A1011C">
      <w:pPr>
        <w:jc w:val="both"/>
        <w:rPr>
          <w:rFonts w:ascii="Goudy Old Style" w:hAnsi="Goudy Old Style" w:cs="Arial"/>
          <w:sz w:val="24"/>
          <w:szCs w:val="24"/>
          <w:lang w:val="it-IT"/>
        </w:rPr>
      </w:pPr>
      <w:r w:rsidRPr="002002A8">
        <w:rPr>
          <w:rFonts w:ascii="Goudy Old Style" w:hAnsi="Goudy Old Style" w:cs="Arial"/>
          <w:b/>
          <w:sz w:val="24"/>
          <w:szCs w:val="24"/>
          <w:lang w:val="it-IT"/>
        </w:rPr>
        <w:t xml:space="preserve">Comune </w:t>
      </w:r>
      <w:r w:rsidRPr="002002A8">
        <w:rPr>
          <w:rFonts w:ascii="Goudy Old Style" w:hAnsi="Goudy Old Style" w:cs="Arial"/>
          <w:sz w:val="24"/>
          <w:szCs w:val="24"/>
          <w:lang w:val="it-IT"/>
        </w:rPr>
        <w:t>_______________________________________________</w:t>
      </w:r>
    </w:p>
    <w:p w:rsidR="00E72F74" w:rsidRPr="002002A8" w:rsidRDefault="009006E1" w:rsidP="00A1011C">
      <w:pPr>
        <w:jc w:val="both"/>
        <w:rPr>
          <w:rFonts w:ascii="Goudy Old Style" w:hAnsi="Goudy Old Style" w:cs="Arial"/>
          <w:sz w:val="24"/>
          <w:szCs w:val="24"/>
          <w:lang w:val="it-IT"/>
        </w:rPr>
      </w:pPr>
      <w:r w:rsidRPr="002002A8">
        <w:rPr>
          <w:rFonts w:ascii="Goudy Old Style" w:hAnsi="Goudy Old Style" w:cs="Arial"/>
          <w:b/>
          <w:sz w:val="24"/>
          <w:szCs w:val="24"/>
          <w:lang w:val="it-IT"/>
        </w:rPr>
        <w:t xml:space="preserve">Via/Piazza </w:t>
      </w:r>
      <w:r w:rsidRPr="002002A8">
        <w:rPr>
          <w:rFonts w:ascii="Goudy Old Style" w:hAnsi="Goudy Old Style" w:cs="Arial"/>
          <w:sz w:val="24"/>
          <w:szCs w:val="24"/>
          <w:lang w:val="it-IT"/>
        </w:rPr>
        <w:t>________________________________ n. __________</w:t>
      </w:r>
    </w:p>
    <w:p w:rsidR="00C941B0" w:rsidRPr="002002A8" w:rsidRDefault="009006E1" w:rsidP="00C941B0">
      <w:pPr>
        <w:jc w:val="both"/>
        <w:rPr>
          <w:rFonts w:ascii="Goudy Old Style" w:hAnsi="Goudy Old Style" w:cs="Arial"/>
          <w:sz w:val="24"/>
          <w:szCs w:val="24"/>
          <w:lang w:val="it-IT"/>
        </w:rPr>
      </w:pPr>
      <w:r w:rsidRPr="002002A8">
        <w:rPr>
          <w:rFonts w:ascii="Goudy Old Style" w:hAnsi="Goudy Old Style" w:cs="Arial"/>
          <w:b/>
          <w:sz w:val="24"/>
          <w:szCs w:val="24"/>
          <w:lang w:val="it-IT"/>
        </w:rPr>
        <w:t xml:space="preserve">Foglio </w:t>
      </w:r>
      <w:r w:rsidRPr="002002A8">
        <w:rPr>
          <w:rFonts w:ascii="Goudy Old Style" w:hAnsi="Goudy Old Style" w:cs="Arial"/>
          <w:sz w:val="24"/>
          <w:szCs w:val="24"/>
          <w:lang w:val="it-IT"/>
        </w:rPr>
        <w:t>____________</w:t>
      </w:r>
      <w:r w:rsidR="00C941B0" w:rsidRPr="002002A8">
        <w:rPr>
          <w:rFonts w:ascii="Goudy Old Style" w:hAnsi="Goudy Old Style" w:cs="Arial"/>
          <w:sz w:val="24"/>
          <w:szCs w:val="24"/>
          <w:lang w:val="it-IT"/>
        </w:rPr>
        <w:t xml:space="preserve"> </w:t>
      </w:r>
      <w:r w:rsidRPr="002002A8">
        <w:rPr>
          <w:rFonts w:ascii="Goudy Old Style" w:hAnsi="Goudy Old Style" w:cs="Arial"/>
          <w:b/>
          <w:sz w:val="24"/>
          <w:szCs w:val="24"/>
          <w:lang w:val="it-IT"/>
        </w:rPr>
        <w:t xml:space="preserve">Particella </w:t>
      </w:r>
      <w:r w:rsidRPr="002002A8">
        <w:rPr>
          <w:rFonts w:ascii="Goudy Old Style" w:hAnsi="Goudy Old Style" w:cs="Arial"/>
          <w:sz w:val="24"/>
          <w:szCs w:val="24"/>
          <w:lang w:val="it-IT"/>
        </w:rPr>
        <w:t>____________</w:t>
      </w:r>
      <w:r w:rsidR="00C941B0" w:rsidRPr="002002A8">
        <w:rPr>
          <w:rFonts w:ascii="Goudy Old Style" w:hAnsi="Goudy Old Style" w:cs="Arial"/>
          <w:sz w:val="24"/>
          <w:szCs w:val="24"/>
          <w:lang w:val="it-IT"/>
        </w:rPr>
        <w:t xml:space="preserve"> </w:t>
      </w:r>
      <w:r w:rsidRPr="002002A8">
        <w:rPr>
          <w:rFonts w:ascii="Goudy Old Style" w:hAnsi="Goudy Old Style" w:cs="Arial"/>
          <w:b/>
          <w:sz w:val="24"/>
          <w:szCs w:val="24"/>
          <w:lang w:val="it-IT"/>
        </w:rPr>
        <w:t xml:space="preserve">Subalterno </w:t>
      </w:r>
      <w:r w:rsidRPr="002002A8">
        <w:rPr>
          <w:rFonts w:ascii="Goudy Old Style" w:hAnsi="Goudy Old Style" w:cs="Arial"/>
          <w:sz w:val="24"/>
          <w:szCs w:val="24"/>
          <w:lang w:val="it-IT"/>
        </w:rPr>
        <w:t>____________</w:t>
      </w:r>
    </w:p>
    <w:p w:rsidR="00E72F74" w:rsidRPr="002002A8" w:rsidRDefault="009006E1" w:rsidP="00A1011C">
      <w:pPr>
        <w:jc w:val="center"/>
        <w:rPr>
          <w:rFonts w:ascii="Goudy Old Style" w:hAnsi="Goudy Old Style" w:cs="Arial"/>
          <w:sz w:val="24"/>
          <w:szCs w:val="24"/>
          <w:lang w:val="it-IT"/>
        </w:rPr>
      </w:pPr>
      <w:r w:rsidRPr="002002A8">
        <w:rPr>
          <w:rFonts w:ascii="Goudy Old Style" w:hAnsi="Goudy Old Style" w:cs="Arial"/>
          <w:b/>
          <w:sz w:val="24"/>
          <w:szCs w:val="24"/>
          <w:lang w:val="it-IT"/>
        </w:rPr>
        <w:t>CHIEDE</w:t>
      </w:r>
    </w:p>
    <w:p w:rsidR="00E72F74" w:rsidRPr="002002A8" w:rsidRDefault="009006E1">
      <w:pPr>
        <w:rPr>
          <w:rFonts w:ascii="Goudy Old Style" w:hAnsi="Goudy Old Style" w:cs="Arial"/>
          <w:sz w:val="24"/>
          <w:szCs w:val="24"/>
          <w:lang w:val="it-IT"/>
        </w:rPr>
      </w:pPr>
      <w:r w:rsidRPr="002002A8">
        <w:rPr>
          <w:rFonts w:ascii="Goudy Old Style" w:hAnsi="Goudy Old Style" w:cs="Arial"/>
          <w:sz w:val="24"/>
          <w:szCs w:val="24"/>
          <w:lang w:val="it-IT"/>
        </w:rPr>
        <w:t>di essere ammesso/a alla manifestazione di interesse finalizzata al riconoscimento di un indennizzo “una tantum” in favore dei proprietari o detentori di immobili ad uso privato che abbiano subito danni in conseguenza degli eventi alluvionali verificatisi tra l’11 e il 20 febbraio 2026.</w:t>
      </w:r>
    </w:p>
    <w:p w:rsidR="00C941B0" w:rsidRPr="002002A8" w:rsidRDefault="009006E1" w:rsidP="00C941B0">
      <w:pPr>
        <w:jc w:val="both"/>
        <w:rPr>
          <w:rFonts w:ascii="Goudy Old Style" w:hAnsi="Goudy Old Style" w:cs="Arial"/>
          <w:sz w:val="24"/>
          <w:szCs w:val="24"/>
          <w:lang w:val="it-IT"/>
        </w:rPr>
      </w:pPr>
      <w:r w:rsidRPr="002002A8">
        <w:rPr>
          <w:rFonts w:ascii="Goudy Old Style" w:hAnsi="Goudy Old Style" w:cs="Arial"/>
          <w:sz w:val="24"/>
          <w:szCs w:val="24"/>
          <w:lang w:val="it-IT"/>
        </w:rPr>
        <w:lastRenderedPageBreak/>
        <w:t>A tal fine, consapevole delle responsabilità penali previste dall’art. 76 del D.P.R. 28 dicembre 2000, n. 445 in caso di dichiarazioni mendaci e delle conseguenze previste dall’art. 75 del medesimo D.P.R.,</w:t>
      </w:r>
    </w:p>
    <w:p w:rsidR="00E72F74" w:rsidRPr="002002A8" w:rsidRDefault="009006E1" w:rsidP="00A1011C">
      <w:pPr>
        <w:jc w:val="center"/>
        <w:rPr>
          <w:rFonts w:ascii="Goudy Old Style" w:hAnsi="Goudy Old Style" w:cs="Arial"/>
          <w:sz w:val="24"/>
          <w:szCs w:val="24"/>
          <w:lang w:val="it-IT"/>
        </w:rPr>
      </w:pPr>
      <w:r w:rsidRPr="002002A8">
        <w:rPr>
          <w:rFonts w:ascii="Goudy Old Style" w:hAnsi="Goudy Old Style" w:cs="Arial"/>
          <w:b/>
          <w:sz w:val="24"/>
          <w:szCs w:val="24"/>
          <w:lang w:val="it-IT"/>
        </w:rPr>
        <w:t>DICHIARA</w:t>
      </w:r>
    </w:p>
    <w:p w:rsidR="00E72F74" w:rsidRPr="002002A8" w:rsidRDefault="009006E1">
      <w:pPr>
        <w:rPr>
          <w:rFonts w:ascii="Goudy Old Style" w:hAnsi="Goudy Old Style" w:cs="Arial"/>
          <w:sz w:val="24"/>
          <w:szCs w:val="24"/>
          <w:lang w:val="it-IT"/>
        </w:rPr>
      </w:pPr>
      <w:r w:rsidRPr="002002A8">
        <w:rPr>
          <w:rFonts w:ascii="Goudy Old Style" w:hAnsi="Goudy Old Style" w:cs="Arial"/>
          <w:b/>
          <w:sz w:val="24"/>
          <w:szCs w:val="24"/>
          <w:lang w:val="it-IT"/>
        </w:rPr>
        <w:t>1. Titolo sull’immobile</w:t>
      </w:r>
    </w:p>
    <w:p w:rsidR="00E72F74" w:rsidRPr="002002A8" w:rsidRDefault="009006E1">
      <w:pPr>
        <w:ind w:left="283"/>
        <w:rPr>
          <w:rFonts w:ascii="Goudy Old Style" w:hAnsi="Goudy Old Style" w:cs="Arial"/>
          <w:sz w:val="24"/>
          <w:szCs w:val="24"/>
          <w:lang w:val="it-IT"/>
        </w:rPr>
      </w:pPr>
      <w:r w:rsidRPr="002002A8">
        <w:rPr>
          <w:rFonts w:ascii="Goudy Old Style" w:hAnsi="Segoe UI Symbol" w:cs="Segoe UI Symbol"/>
          <w:sz w:val="24"/>
          <w:szCs w:val="24"/>
          <w:lang w:val="it-IT"/>
        </w:rPr>
        <w:t>☐</w:t>
      </w:r>
      <w:r w:rsidRPr="002002A8">
        <w:rPr>
          <w:rFonts w:ascii="Goudy Old Style" w:hAnsi="Goudy Old Style" w:cs="Arial"/>
          <w:sz w:val="24"/>
          <w:szCs w:val="24"/>
          <w:lang w:val="it-IT"/>
        </w:rPr>
        <w:t xml:space="preserve"> proprietario/a dell’immobile;</w:t>
      </w:r>
    </w:p>
    <w:p w:rsidR="00E72F74" w:rsidRPr="002002A8" w:rsidRDefault="009006E1">
      <w:pPr>
        <w:ind w:left="283"/>
        <w:rPr>
          <w:rFonts w:ascii="Goudy Old Style" w:hAnsi="Goudy Old Style" w:cs="Arial"/>
          <w:sz w:val="24"/>
          <w:szCs w:val="24"/>
          <w:lang w:val="it-IT"/>
        </w:rPr>
      </w:pPr>
      <w:r w:rsidRPr="002002A8">
        <w:rPr>
          <w:rFonts w:ascii="Goudy Old Style" w:hAnsi="Segoe UI Symbol" w:cs="Segoe UI Symbol"/>
          <w:sz w:val="24"/>
          <w:szCs w:val="24"/>
          <w:lang w:val="it-IT"/>
        </w:rPr>
        <w:t>☐</w:t>
      </w:r>
      <w:r w:rsidRPr="002002A8">
        <w:rPr>
          <w:rFonts w:ascii="Goudy Old Style" w:hAnsi="Goudy Old Style" w:cs="Arial"/>
          <w:sz w:val="24"/>
          <w:szCs w:val="24"/>
          <w:lang w:val="it-IT"/>
        </w:rPr>
        <w:t xml:space="preserve"> detentore/</w:t>
      </w:r>
      <w:proofErr w:type="spellStart"/>
      <w:r w:rsidRPr="002002A8">
        <w:rPr>
          <w:rFonts w:ascii="Goudy Old Style" w:hAnsi="Goudy Old Style" w:cs="Arial"/>
          <w:sz w:val="24"/>
          <w:szCs w:val="24"/>
          <w:lang w:val="it-IT"/>
        </w:rPr>
        <w:t>trice</w:t>
      </w:r>
      <w:proofErr w:type="spellEnd"/>
      <w:r w:rsidRPr="002002A8">
        <w:rPr>
          <w:rFonts w:ascii="Goudy Old Style" w:hAnsi="Goudy Old Style" w:cs="Arial"/>
          <w:sz w:val="24"/>
          <w:szCs w:val="24"/>
          <w:lang w:val="it-IT"/>
        </w:rPr>
        <w:t xml:space="preserve"> dell’immobile in forza del seguente titolo:</w:t>
      </w:r>
    </w:p>
    <w:p w:rsidR="00E72F74" w:rsidRPr="002002A8" w:rsidRDefault="009006E1">
      <w:pPr>
        <w:rPr>
          <w:rFonts w:ascii="Goudy Old Style" w:hAnsi="Goudy Old Style" w:cs="Arial"/>
          <w:sz w:val="24"/>
          <w:szCs w:val="24"/>
          <w:lang w:val="it-IT"/>
        </w:rPr>
      </w:pPr>
      <w:r w:rsidRPr="002002A8">
        <w:rPr>
          <w:rFonts w:ascii="Goudy Old Style" w:hAnsi="Goudy Old Style" w:cs="Arial"/>
          <w:sz w:val="24"/>
          <w:szCs w:val="24"/>
          <w:lang w:val="it-IT"/>
        </w:rPr>
        <w:t>__________________________________________________________________</w:t>
      </w:r>
    </w:p>
    <w:p w:rsidR="00E72F74" w:rsidRPr="002002A8" w:rsidRDefault="009006E1">
      <w:pPr>
        <w:rPr>
          <w:rFonts w:ascii="Goudy Old Style" w:hAnsi="Goudy Old Style" w:cs="Arial"/>
          <w:sz w:val="24"/>
          <w:szCs w:val="24"/>
          <w:lang w:val="it-IT"/>
        </w:rPr>
      </w:pPr>
      <w:r w:rsidRPr="002002A8">
        <w:rPr>
          <w:rFonts w:ascii="Goudy Old Style" w:hAnsi="Goudy Old Style" w:cs="Arial"/>
          <w:sz w:val="24"/>
          <w:szCs w:val="24"/>
          <w:lang w:val="it-IT"/>
        </w:rPr>
        <w:t>__________________________________________________________________</w:t>
      </w:r>
    </w:p>
    <w:p w:rsidR="00E72F74" w:rsidRPr="002002A8" w:rsidRDefault="009006E1">
      <w:pPr>
        <w:rPr>
          <w:rFonts w:ascii="Goudy Old Style" w:hAnsi="Goudy Old Style" w:cs="Arial"/>
          <w:sz w:val="24"/>
          <w:szCs w:val="24"/>
          <w:lang w:val="it-IT"/>
        </w:rPr>
      </w:pPr>
      <w:r w:rsidRPr="002002A8">
        <w:rPr>
          <w:rFonts w:ascii="Goudy Old Style" w:hAnsi="Goudy Old Style" w:cs="Arial"/>
          <w:b/>
          <w:sz w:val="24"/>
          <w:szCs w:val="24"/>
          <w:lang w:val="it-IT"/>
        </w:rPr>
        <w:t>2. Destinazione dell’immobile</w:t>
      </w:r>
    </w:p>
    <w:p w:rsidR="00E72F74" w:rsidRPr="002002A8" w:rsidRDefault="009006E1">
      <w:pPr>
        <w:rPr>
          <w:rFonts w:ascii="Goudy Old Style" w:hAnsi="Goudy Old Style" w:cs="Arial"/>
          <w:sz w:val="24"/>
          <w:szCs w:val="24"/>
          <w:lang w:val="it-IT"/>
        </w:rPr>
      </w:pPr>
      <w:r w:rsidRPr="002002A8">
        <w:rPr>
          <w:rFonts w:ascii="Goudy Old Style" w:hAnsi="Goudy Old Style" w:cs="Arial"/>
          <w:sz w:val="24"/>
          <w:szCs w:val="24"/>
          <w:lang w:val="it-IT"/>
        </w:rPr>
        <w:t>che l’immobile oggetto della presente istanza è destinato ad uso privato e:</w:t>
      </w:r>
    </w:p>
    <w:p w:rsidR="00E72F74" w:rsidRPr="002002A8" w:rsidRDefault="009006E1">
      <w:pPr>
        <w:ind w:left="283"/>
        <w:rPr>
          <w:rFonts w:ascii="Goudy Old Style" w:hAnsi="Goudy Old Style" w:cs="Arial"/>
          <w:sz w:val="24"/>
          <w:szCs w:val="24"/>
          <w:lang w:val="it-IT"/>
        </w:rPr>
      </w:pPr>
      <w:r w:rsidRPr="002002A8">
        <w:rPr>
          <w:rFonts w:ascii="Goudy Old Style" w:hAnsi="Segoe UI Symbol" w:cs="Segoe UI Symbol"/>
          <w:sz w:val="24"/>
          <w:szCs w:val="24"/>
          <w:lang w:val="it-IT"/>
        </w:rPr>
        <w:t>☐</w:t>
      </w:r>
      <w:r w:rsidRPr="002002A8">
        <w:rPr>
          <w:rFonts w:ascii="Goudy Old Style" w:hAnsi="Goudy Old Style" w:cs="Arial"/>
          <w:sz w:val="24"/>
          <w:szCs w:val="24"/>
          <w:lang w:val="it-IT"/>
        </w:rPr>
        <w:t xml:space="preserve"> costituisce la residenza principale del/la sottoscritto/a;</w:t>
      </w:r>
    </w:p>
    <w:p w:rsidR="00E72F74" w:rsidRPr="002002A8" w:rsidRDefault="009006E1">
      <w:pPr>
        <w:ind w:left="283"/>
        <w:rPr>
          <w:rFonts w:ascii="Goudy Old Style" w:hAnsi="Goudy Old Style" w:cs="Arial"/>
          <w:sz w:val="24"/>
          <w:szCs w:val="24"/>
          <w:lang w:val="it-IT"/>
        </w:rPr>
      </w:pPr>
      <w:r w:rsidRPr="002002A8">
        <w:rPr>
          <w:rFonts w:ascii="Goudy Old Style" w:hAnsi="Segoe UI Symbol" w:cs="Segoe UI Symbol"/>
          <w:sz w:val="24"/>
          <w:szCs w:val="24"/>
          <w:lang w:val="it-IT"/>
        </w:rPr>
        <w:t>☐</w:t>
      </w:r>
      <w:r w:rsidRPr="002002A8">
        <w:rPr>
          <w:rFonts w:ascii="Goudy Old Style" w:hAnsi="Goudy Old Style" w:cs="Arial"/>
          <w:sz w:val="24"/>
          <w:szCs w:val="24"/>
          <w:lang w:val="it-IT"/>
        </w:rPr>
        <w:t xml:space="preserve"> non costituisce la residenza principale del/la sottoscritto/a.</w:t>
      </w:r>
    </w:p>
    <w:p w:rsidR="00E72F74" w:rsidRPr="002002A8" w:rsidRDefault="009006E1">
      <w:pPr>
        <w:rPr>
          <w:rFonts w:ascii="Goudy Old Style" w:hAnsi="Goudy Old Style" w:cs="Arial"/>
          <w:sz w:val="24"/>
          <w:szCs w:val="24"/>
          <w:lang w:val="it-IT"/>
        </w:rPr>
      </w:pPr>
      <w:r w:rsidRPr="002002A8">
        <w:rPr>
          <w:rFonts w:ascii="Goudy Old Style" w:hAnsi="Goudy Old Style" w:cs="Arial"/>
          <w:b/>
          <w:sz w:val="24"/>
          <w:szCs w:val="24"/>
          <w:lang w:val="it-IT"/>
        </w:rPr>
        <w:t>3. Danni subiti</w:t>
      </w:r>
    </w:p>
    <w:p w:rsidR="00E72F74" w:rsidRPr="002002A8" w:rsidRDefault="009006E1" w:rsidP="00A1011C">
      <w:pPr>
        <w:jc w:val="both"/>
        <w:rPr>
          <w:rFonts w:ascii="Goudy Old Style" w:hAnsi="Goudy Old Style" w:cs="Arial"/>
          <w:sz w:val="24"/>
          <w:szCs w:val="24"/>
          <w:lang w:val="it-IT"/>
        </w:rPr>
      </w:pPr>
      <w:r w:rsidRPr="002002A8">
        <w:rPr>
          <w:rFonts w:ascii="Goudy Old Style" w:hAnsi="Goudy Old Style" w:cs="Arial"/>
          <w:sz w:val="24"/>
          <w:szCs w:val="24"/>
          <w:lang w:val="it-IT"/>
        </w:rPr>
        <w:t>di aver subito danni all’immobile sopra indicato in conseguenza degli eventi alluvionali verificatisi tra l’11 e il 20 febbraio 2026.</w:t>
      </w:r>
    </w:p>
    <w:p w:rsidR="00E72F74" w:rsidRPr="002002A8" w:rsidRDefault="009006E1">
      <w:pPr>
        <w:rPr>
          <w:rFonts w:ascii="Goudy Old Style" w:hAnsi="Goudy Old Style" w:cs="Arial"/>
          <w:sz w:val="24"/>
          <w:szCs w:val="24"/>
          <w:lang w:val="it-IT"/>
        </w:rPr>
      </w:pPr>
      <w:r w:rsidRPr="002002A8">
        <w:rPr>
          <w:rFonts w:ascii="Goudy Old Style" w:hAnsi="Goudy Old Style" w:cs="Arial"/>
          <w:sz w:val="24"/>
          <w:szCs w:val="24"/>
          <w:lang w:val="it-IT"/>
        </w:rPr>
        <w:t>I danni hanno interessato, in particolare:</w:t>
      </w:r>
    </w:p>
    <w:p w:rsidR="00E72F74" w:rsidRPr="002002A8" w:rsidRDefault="009006E1">
      <w:pPr>
        <w:ind w:left="283"/>
        <w:rPr>
          <w:rFonts w:ascii="Goudy Old Style" w:hAnsi="Goudy Old Style" w:cs="Arial"/>
          <w:sz w:val="24"/>
          <w:szCs w:val="24"/>
          <w:lang w:val="it-IT"/>
        </w:rPr>
      </w:pPr>
      <w:r w:rsidRPr="002002A8">
        <w:rPr>
          <w:rFonts w:ascii="Goudy Old Style" w:hAnsi="Segoe UI Symbol" w:cs="Segoe UI Symbol"/>
          <w:sz w:val="24"/>
          <w:szCs w:val="24"/>
          <w:lang w:val="it-IT"/>
        </w:rPr>
        <w:t>☐</w:t>
      </w:r>
      <w:r w:rsidRPr="002002A8">
        <w:rPr>
          <w:rFonts w:ascii="Goudy Old Style" w:hAnsi="Goudy Old Style" w:cs="Arial"/>
          <w:sz w:val="24"/>
          <w:szCs w:val="24"/>
          <w:lang w:val="it-IT"/>
        </w:rPr>
        <w:t xml:space="preserve"> strutture murarie;</w:t>
      </w:r>
    </w:p>
    <w:p w:rsidR="00E72F74" w:rsidRPr="002002A8" w:rsidRDefault="009006E1">
      <w:pPr>
        <w:ind w:left="283"/>
        <w:rPr>
          <w:rFonts w:ascii="Goudy Old Style" w:hAnsi="Goudy Old Style" w:cs="Arial"/>
          <w:sz w:val="24"/>
          <w:szCs w:val="24"/>
          <w:lang w:val="it-IT"/>
        </w:rPr>
      </w:pPr>
      <w:r w:rsidRPr="002002A8">
        <w:rPr>
          <w:rFonts w:ascii="Goudy Old Style" w:hAnsi="Segoe UI Symbol" w:cs="Segoe UI Symbol"/>
          <w:sz w:val="24"/>
          <w:szCs w:val="24"/>
          <w:lang w:val="it-IT"/>
        </w:rPr>
        <w:t>☐</w:t>
      </w:r>
      <w:r w:rsidRPr="002002A8">
        <w:rPr>
          <w:rFonts w:ascii="Goudy Old Style" w:hAnsi="Goudy Old Style" w:cs="Arial"/>
          <w:sz w:val="24"/>
          <w:szCs w:val="24"/>
          <w:lang w:val="it-IT"/>
        </w:rPr>
        <w:t xml:space="preserve"> impianti;</w:t>
      </w:r>
    </w:p>
    <w:p w:rsidR="00E72F74" w:rsidRPr="002002A8" w:rsidRDefault="009006E1">
      <w:pPr>
        <w:ind w:left="283"/>
        <w:rPr>
          <w:rFonts w:ascii="Goudy Old Style" w:hAnsi="Goudy Old Style" w:cs="Arial"/>
          <w:sz w:val="24"/>
          <w:szCs w:val="24"/>
          <w:lang w:val="it-IT"/>
        </w:rPr>
      </w:pPr>
      <w:r w:rsidRPr="002002A8">
        <w:rPr>
          <w:rFonts w:ascii="Goudy Old Style" w:hAnsi="Segoe UI Symbol" w:cs="Segoe UI Symbol"/>
          <w:sz w:val="24"/>
          <w:szCs w:val="24"/>
          <w:lang w:val="it-IT"/>
        </w:rPr>
        <w:t>☐</w:t>
      </w:r>
      <w:r w:rsidRPr="002002A8">
        <w:rPr>
          <w:rFonts w:ascii="Goudy Old Style" w:hAnsi="Goudy Old Style" w:cs="Arial"/>
          <w:sz w:val="24"/>
          <w:szCs w:val="24"/>
          <w:lang w:val="it-IT"/>
        </w:rPr>
        <w:t xml:space="preserve"> infissi;</w:t>
      </w:r>
    </w:p>
    <w:p w:rsidR="00E72F74" w:rsidRPr="002002A8" w:rsidRDefault="009006E1">
      <w:pPr>
        <w:ind w:left="283"/>
        <w:rPr>
          <w:rFonts w:ascii="Goudy Old Style" w:hAnsi="Goudy Old Style" w:cs="Arial"/>
          <w:sz w:val="24"/>
          <w:szCs w:val="24"/>
          <w:lang w:val="it-IT"/>
        </w:rPr>
      </w:pPr>
      <w:r w:rsidRPr="002002A8">
        <w:rPr>
          <w:rFonts w:ascii="Goudy Old Style" w:hAnsi="Segoe UI Symbol" w:cs="Segoe UI Symbol"/>
          <w:sz w:val="24"/>
          <w:szCs w:val="24"/>
          <w:lang w:val="it-IT"/>
        </w:rPr>
        <w:t>☐</w:t>
      </w:r>
      <w:r w:rsidRPr="002002A8">
        <w:rPr>
          <w:rFonts w:ascii="Goudy Old Style" w:hAnsi="Goudy Old Style" w:cs="Arial"/>
          <w:sz w:val="24"/>
          <w:szCs w:val="24"/>
          <w:lang w:val="it-IT"/>
        </w:rPr>
        <w:t xml:space="preserve"> pavimentazioni e rivestimenti;</w:t>
      </w:r>
    </w:p>
    <w:p w:rsidR="00E72F74" w:rsidRPr="002002A8" w:rsidRDefault="009006E1">
      <w:pPr>
        <w:ind w:left="283"/>
        <w:rPr>
          <w:rFonts w:ascii="Goudy Old Style" w:hAnsi="Goudy Old Style" w:cs="Arial"/>
          <w:sz w:val="24"/>
          <w:szCs w:val="24"/>
          <w:lang w:val="it-IT"/>
        </w:rPr>
      </w:pPr>
      <w:r w:rsidRPr="002002A8">
        <w:rPr>
          <w:rFonts w:ascii="Goudy Old Style" w:hAnsi="Segoe UI Symbol" w:cs="Segoe UI Symbol"/>
          <w:sz w:val="24"/>
          <w:szCs w:val="24"/>
          <w:lang w:val="it-IT"/>
        </w:rPr>
        <w:t>☐</w:t>
      </w:r>
      <w:r w:rsidRPr="002002A8">
        <w:rPr>
          <w:rFonts w:ascii="Goudy Old Style" w:hAnsi="Goudy Old Style" w:cs="Arial"/>
          <w:sz w:val="24"/>
          <w:szCs w:val="24"/>
          <w:lang w:val="it-IT"/>
        </w:rPr>
        <w:t xml:space="preserve"> pertinenze;</w:t>
      </w:r>
    </w:p>
    <w:p w:rsidR="00E72F74" w:rsidRPr="002002A8" w:rsidRDefault="009006E1">
      <w:pPr>
        <w:ind w:left="283"/>
        <w:rPr>
          <w:rFonts w:ascii="Goudy Old Style" w:hAnsi="Goudy Old Style" w:cs="Arial"/>
          <w:sz w:val="24"/>
          <w:szCs w:val="24"/>
          <w:lang w:val="it-IT"/>
        </w:rPr>
      </w:pPr>
      <w:r w:rsidRPr="002002A8">
        <w:rPr>
          <w:rFonts w:ascii="Goudy Old Style" w:hAnsi="Segoe UI Symbol" w:cs="Segoe UI Symbol"/>
          <w:sz w:val="24"/>
          <w:szCs w:val="24"/>
          <w:lang w:val="it-IT"/>
        </w:rPr>
        <w:t>☐</w:t>
      </w:r>
      <w:r w:rsidRPr="002002A8">
        <w:rPr>
          <w:rFonts w:ascii="Goudy Old Style" w:hAnsi="Goudy Old Style" w:cs="Arial"/>
          <w:sz w:val="24"/>
          <w:szCs w:val="24"/>
          <w:lang w:val="it-IT"/>
        </w:rPr>
        <w:t xml:space="preserve"> beni mobili presenti nell’immobile;</w:t>
      </w:r>
    </w:p>
    <w:p w:rsidR="00E72F74" w:rsidRPr="002002A8" w:rsidRDefault="009006E1">
      <w:pPr>
        <w:ind w:left="283"/>
        <w:rPr>
          <w:rFonts w:ascii="Goudy Old Style" w:hAnsi="Goudy Old Style" w:cs="Arial"/>
          <w:sz w:val="24"/>
          <w:szCs w:val="24"/>
          <w:lang w:val="it-IT"/>
        </w:rPr>
      </w:pPr>
      <w:r w:rsidRPr="002002A8">
        <w:rPr>
          <w:rFonts w:ascii="Goudy Old Style" w:hAnsi="Segoe UI Symbol" w:cs="Segoe UI Symbol"/>
          <w:sz w:val="24"/>
          <w:szCs w:val="24"/>
          <w:lang w:val="it-IT"/>
        </w:rPr>
        <w:t>☐</w:t>
      </w:r>
      <w:r w:rsidRPr="002002A8">
        <w:rPr>
          <w:rFonts w:ascii="Goudy Old Style" w:hAnsi="Goudy Old Style" w:cs="Arial"/>
          <w:sz w:val="24"/>
          <w:szCs w:val="24"/>
          <w:lang w:val="it-IT"/>
        </w:rPr>
        <w:t xml:space="preserve"> altro _________________________________.</w:t>
      </w:r>
    </w:p>
    <w:p w:rsidR="00E72F74" w:rsidRPr="002002A8" w:rsidRDefault="009006E1">
      <w:pPr>
        <w:rPr>
          <w:rFonts w:ascii="Goudy Old Style" w:hAnsi="Goudy Old Style" w:cs="Arial"/>
          <w:sz w:val="24"/>
          <w:szCs w:val="24"/>
          <w:lang w:val="it-IT"/>
        </w:rPr>
      </w:pPr>
      <w:r w:rsidRPr="002002A8">
        <w:rPr>
          <w:rFonts w:ascii="Goudy Old Style" w:hAnsi="Goudy Old Style" w:cs="Arial"/>
          <w:sz w:val="24"/>
          <w:szCs w:val="24"/>
          <w:lang w:val="it-IT"/>
        </w:rPr>
        <w:t>Descrizione dei danni subiti:</w:t>
      </w:r>
    </w:p>
    <w:p w:rsidR="00E72F74" w:rsidRPr="002002A8" w:rsidRDefault="009006E1">
      <w:pPr>
        <w:rPr>
          <w:rFonts w:ascii="Goudy Old Style" w:hAnsi="Goudy Old Style" w:cs="Arial"/>
          <w:sz w:val="24"/>
          <w:szCs w:val="24"/>
          <w:lang w:val="it-IT"/>
        </w:rPr>
      </w:pPr>
      <w:r w:rsidRPr="002002A8">
        <w:rPr>
          <w:rFonts w:ascii="Goudy Old Style" w:hAnsi="Goudy Old Style" w:cs="Arial"/>
          <w:sz w:val="24"/>
          <w:szCs w:val="24"/>
          <w:lang w:val="it-IT"/>
        </w:rPr>
        <w:t>____________________________________</w:t>
      </w:r>
      <w:r w:rsidR="00A1011C" w:rsidRPr="002002A8">
        <w:rPr>
          <w:rFonts w:ascii="Goudy Old Style" w:hAnsi="Goudy Old Style" w:cs="Arial"/>
          <w:sz w:val="24"/>
          <w:szCs w:val="24"/>
          <w:lang w:val="it-IT"/>
        </w:rPr>
        <w:t>_____________</w:t>
      </w:r>
      <w:r w:rsidRPr="002002A8">
        <w:rPr>
          <w:rFonts w:ascii="Goudy Old Style" w:hAnsi="Goudy Old Style" w:cs="Arial"/>
          <w:sz w:val="24"/>
          <w:szCs w:val="24"/>
          <w:lang w:val="it-IT"/>
        </w:rPr>
        <w:t>_____________________________</w:t>
      </w:r>
    </w:p>
    <w:p w:rsidR="00E72F74" w:rsidRPr="002002A8" w:rsidRDefault="009006E1">
      <w:pPr>
        <w:rPr>
          <w:rFonts w:ascii="Goudy Old Style" w:hAnsi="Goudy Old Style" w:cs="Arial"/>
          <w:sz w:val="24"/>
          <w:szCs w:val="24"/>
          <w:lang w:val="it-IT"/>
        </w:rPr>
      </w:pPr>
      <w:r w:rsidRPr="002002A8">
        <w:rPr>
          <w:rFonts w:ascii="Goudy Old Style" w:hAnsi="Goudy Old Style" w:cs="Arial"/>
          <w:sz w:val="24"/>
          <w:szCs w:val="24"/>
          <w:lang w:val="it-IT"/>
        </w:rPr>
        <w:t>_________________________________________________</w:t>
      </w:r>
      <w:r w:rsidR="00A1011C" w:rsidRPr="002002A8">
        <w:rPr>
          <w:rFonts w:ascii="Goudy Old Style" w:hAnsi="Goudy Old Style" w:cs="Arial"/>
          <w:sz w:val="24"/>
          <w:szCs w:val="24"/>
          <w:lang w:val="it-IT"/>
        </w:rPr>
        <w:t>_____________</w:t>
      </w:r>
      <w:r w:rsidRPr="002002A8">
        <w:rPr>
          <w:rFonts w:ascii="Goudy Old Style" w:hAnsi="Goudy Old Style" w:cs="Arial"/>
          <w:sz w:val="24"/>
          <w:szCs w:val="24"/>
          <w:lang w:val="it-IT"/>
        </w:rPr>
        <w:t>________________</w:t>
      </w:r>
    </w:p>
    <w:p w:rsidR="00E72F74" w:rsidRPr="002002A8" w:rsidRDefault="009006E1">
      <w:pPr>
        <w:rPr>
          <w:rFonts w:ascii="Goudy Old Style" w:hAnsi="Goudy Old Style" w:cs="Arial"/>
          <w:sz w:val="24"/>
          <w:szCs w:val="24"/>
          <w:lang w:val="it-IT"/>
        </w:rPr>
      </w:pPr>
      <w:r w:rsidRPr="002002A8">
        <w:rPr>
          <w:rFonts w:ascii="Goudy Old Style" w:hAnsi="Goudy Old Style" w:cs="Arial"/>
          <w:sz w:val="24"/>
          <w:szCs w:val="24"/>
          <w:lang w:val="it-IT"/>
        </w:rPr>
        <w:t>______________________________________________________________</w:t>
      </w:r>
      <w:r w:rsidR="00A1011C" w:rsidRPr="002002A8">
        <w:rPr>
          <w:rFonts w:ascii="Goudy Old Style" w:hAnsi="Goudy Old Style" w:cs="Arial"/>
          <w:sz w:val="24"/>
          <w:szCs w:val="24"/>
          <w:lang w:val="it-IT"/>
        </w:rPr>
        <w:t>_____________</w:t>
      </w:r>
      <w:r w:rsidRPr="002002A8">
        <w:rPr>
          <w:rFonts w:ascii="Goudy Old Style" w:hAnsi="Goudy Old Style" w:cs="Arial"/>
          <w:sz w:val="24"/>
          <w:szCs w:val="24"/>
          <w:lang w:val="it-IT"/>
        </w:rPr>
        <w:t>___</w:t>
      </w:r>
    </w:p>
    <w:p w:rsidR="00E72F74" w:rsidRPr="002002A8" w:rsidRDefault="009006E1">
      <w:pPr>
        <w:rPr>
          <w:rFonts w:ascii="Goudy Old Style" w:hAnsi="Goudy Old Style" w:cs="Arial"/>
          <w:sz w:val="24"/>
          <w:szCs w:val="24"/>
          <w:lang w:val="it-IT"/>
        </w:rPr>
      </w:pPr>
      <w:r w:rsidRPr="002002A8">
        <w:rPr>
          <w:rFonts w:ascii="Goudy Old Style" w:hAnsi="Goudy Old Style" w:cs="Arial"/>
          <w:b/>
          <w:sz w:val="24"/>
          <w:szCs w:val="24"/>
          <w:lang w:val="it-IT"/>
        </w:rPr>
        <w:lastRenderedPageBreak/>
        <w:t>4. Importo richiesto</w:t>
      </w:r>
    </w:p>
    <w:p w:rsidR="00E72F74" w:rsidRPr="002002A8" w:rsidRDefault="009006E1">
      <w:pPr>
        <w:rPr>
          <w:rFonts w:ascii="Goudy Old Style" w:hAnsi="Goudy Old Style" w:cs="Arial"/>
          <w:sz w:val="24"/>
          <w:szCs w:val="24"/>
          <w:lang w:val="it-IT"/>
        </w:rPr>
      </w:pPr>
      <w:r w:rsidRPr="002002A8">
        <w:rPr>
          <w:rFonts w:ascii="Goudy Old Style" w:hAnsi="Goudy Old Style" w:cs="Arial"/>
          <w:sz w:val="24"/>
          <w:szCs w:val="24"/>
          <w:lang w:val="it-IT"/>
        </w:rPr>
        <w:t>In relazione ai danni sopra descritti, il/la sottoscritto/a richiede il riconoscimento del seguente indennizzo:</w:t>
      </w:r>
    </w:p>
    <w:p w:rsidR="00E72F74" w:rsidRPr="002002A8" w:rsidRDefault="009006E1">
      <w:pPr>
        <w:jc w:val="center"/>
        <w:rPr>
          <w:rFonts w:ascii="Goudy Old Style" w:hAnsi="Goudy Old Style" w:cs="Arial"/>
          <w:sz w:val="24"/>
          <w:szCs w:val="24"/>
          <w:lang w:val="it-IT"/>
        </w:rPr>
      </w:pPr>
      <w:r w:rsidRPr="002002A8">
        <w:rPr>
          <w:rFonts w:ascii="Goudy Old Style" w:hAnsi="Goudy Old Style" w:cs="Arial"/>
          <w:b/>
          <w:sz w:val="24"/>
          <w:szCs w:val="24"/>
          <w:lang w:val="it-IT"/>
        </w:rPr>
        <w:t>€ __________________________</w:t>
      </w:r>
    </w:p>
    <w:p w:rsidR="00E72F74" w:rsidRPr="002002A8" w:rsidRDefault="009006E1" w:rsidP="00A1011C">
      <w:pPr>
        <w:jc w:val="both"/>
        <w:rPr>
          <w:rFonts w:ascii="Goudy Old Style" w:hAnsi="Goudy Old Style" w:cs="Arial"/>
          <w:sz w:val="24"/>
          <w:szCs w:val="24"/>
          <w:lang w:val="it-IT"/>
        </w:rPr>
      </w:pPr>
      <w:r w:rsidRPr="002002A8">
        <w:rPr>
          <w:rFonts w:ascii="Goudy Old Style" w:hAnsi="Goudy Old Style" w:cs="Arial"/>
          <w:sz w:val="24"/>
          <w:szCs w:val="24"/>
          <w:lang w:val="it-IT"/>
        </w:rPr>
        <w:t>consapevole che l’importo richiesto non potrà comunque essere superiore a € 5.000,00 qualora l’immobile costituisca la residenza principale del beneficiario e a € 2.000,00 negli altri casi.</w:t>
      </w:r>
    </w:p>
    <w:p w:rsidR="00E72F74" w:rsidRPr="002002A8" w:rsidRDefault="009006E1" w:rsidP="00A1011C">
      <w:pPr>
        <w:jc w:val="both"/>
        <w:rPr>
          <w:rFonts w:ascii="Goudy Old Style" w:hAnsi="Goudy Old Style" w:cs="Arial"/>
          <w:sz w:val="24"/>
          <w:szCs w:val="24"/>
          <w:lang w:val="it-IT"/>
        </w:rPr>
      </w:pPr>
      <w:r w:rsidRPr="002002A8">
        <w:rPr>
          <w:rFonts w:ascii="Goudy Old Style" w:hAnsi="Goudy Old Style" w:cs="Arial"/>
          <w:sz w:val="24"/>
          <w:szCs w:val="24"/>
          <w:lang w:val="it-IT"/>
        </w:rPr>
        <w:t>Il/la sottoscritto/a dichiara di essere consapevole che l’importo indicato costituisce l’importo richiesto ai fini della ricognizione del fabbisogno finanziario e non determina automaticamente il riconoscimento dell’indennizzo nella misura richiesta.</w:t>
      </w:r>
    </w:p>
    <w:p w:rsidR="00E72F74" w:rsidRPr="002002A8" w:rsidRDefault="009006E1" w:rsidP="00A1011C">
      <w:pPr>
        <w:jc w:val="both"/>
        <w:rPr>
          <w:rFonts w:ascii="Goudy Old Style" w:hAnsi="Goudy Old Style" w:cs="Arial"/>
          <w:sz w:val="24"/>
          <w:szCs w:val="24"/>
          <w:lang w:val="it-IT"/>
        </w:rPr>
      </w:pPr>
      <w:r w:rsidRPr="002002A8">
        <w:rPr>
          <w:rFonts w:ascii="Goudy Old Style" w:hAnsi="Goudy Old Style" w:cs="Arial"/>
          <w:sz w:val="24"/>
          <w:szCs w:val="24"/>
          <w:lang w:val="it-IT"/>
        </w:rPr>
        <w:t>L’importo effettivamente riconoscibile sarà determinato nel rispetto dei massimali previsti dalla disposizione regionale e delle risorse finanziarie disponibili, anche in relazione al successivo riparto proporzionale delle risorse tra i Comuni interessati.</w:t>
      </w:r>
    </w:p>
    <w:p w:rsidR="00E72F74" w:rsidRPr="002002A8" w:rsidRDefault="009006E1" w:rsidP="00A1011C">
      <w:pPr>
        <w:jc w:val="both"/>
        <w:rPr>
          <w:rFonts w:ascii="Goudy Old Style" w:hAnsi="Goudy Old Style" w:cs="Arial"/>
          <w:sz w:val="24"/>
          <w:szCs w:val="24"/>
          <w:lang w:val="it-IT"/>
        </w:rPr>
      </w:pPr>
      <w:r w:rsidRPr="002002A8">
        <w:rPr>
          <w:rFonts w:ascii="Goudy Old Style" w:hAnsi="Goudy Old Style" w:cs="Arial"/>
          <w:sz w:val="24"/>
          <w:szCs w:val="24"/>
          <w:lang w:val="it-IT"/>
        </w:rPr>
        <w:t>Pertanto, la presentazione della presente istanza e l’indicazione dell’importo richiesto non comportano alcun diritto all’erogazione dell’intero importo indicato.</w:t>
      </w:r>
    </w:p>
    <w:p w:rsidR="00E72F74" w:rsidRPr="002002A8" w:rsidRDefault="009006E1">
      <w:pPr>
        <w:rPr>
          <w:rFonts w:ascii="Goudy Old Style" w:hAnsi="Goudy Old Style" w:cs="Arial"/>
          <w:sz w:val="24"/>
          <w:szCs w:val="24"/>
          <w:lang w:val="it-IT"/>
        </w:rPr>
      </w:pPr>
      <w:r w:rsidRPr="002002A8">
        <w:rPr>
          <w:rFonts w:ascii="Goudy Old Style" w:hAnsi="Goudy Old Style" w:cs="Arial"/>
          <w:b/>
          <w:sz w:val="24"/>
          <w:szCs w:val="24"/>
          <w:lang w:val="it-IT"/>
        </w:rPr>
        <w:t>5. Altre forme di sostegno</w:t>
      </w:r>
    </w:p>
    <w:p w:rsidR="00E72F74" w:rsidRPr="002002A8" w:rsidRDefault="009006E1" w:rsidP="00DF62B4">
      <w:pPr>
        <w:jc w:val="both"/>
        <w:rPr>
          <w:rFonts w:ascii="Goudy Old Style" w:hAnsi="Goudy Old Style" w:cs="Arial"/>
          <w:sz w:val="24"/>
          <w:szCs w:val="24"/>
          <w:lang w:val="it-IT"/>
        </w:rPr>
      </w:pPr>
      <w:r w:rsidRPr="002002A8">
        <w:rPr>
          <w:rFonts w:ascii="Goudy Old Style" w:hAnsi="Segoe UI Symbol" w:cs="Segoe UI Symbol"/>
          <w:sz w:val="24"/>
          <w:szCs w:val="24"/>
          <w:lang w:val="it-IT"/>
        </w:rPr>
        <w:t>☐</w:t>
      </w:r>
      <w:r w:rsidRPr="002002A8">
        <w:rPr>
          <w:rFonts w:ascii="Goudy Old Style" w:hAnsi="Goudy Old Style" w:cs="Arial"/>
          <w:sz w:val="24"/>
          <w:szCs w:val="24"/>
          <w:lang w:val="it-IT"/>
        </w:rPr>
        <w:t xml:space="preserve"> di non aver ricevuto altre forme di indennizzo, contributo o sostegno finanziario per i medesimi danni</w:t>
      </w:r>
      <w:r w:rsidR="00DF62B4">
        <w:rPr>
          <w:rFonts w:ascii="Goudy Old Style" w:hAnsi="Goudy Old Style" w:cs="Arial"/>
          <w:sz w:val="24"/>
          <w:szCs w:val="24"/>
          <w:lang w:val="it-IT"/>
        </w:rPr>
        <w:t xml:space="preserve">, </w:t>
      </w:r>
      <w:r w:rsidR="00DF62B4" w:rsidRPr="00DF62B4">
        <w:rPr>
          <w:rFonts w:ascii="Goudy Old Style" w:hAnsi="Goudy Old Style" w:cs="Arial"/>
          <w:sz w:val="24"/>
          <w:szCs w:val="24"/>
          <w:lang w:val="it-IT"/>
        </w:rPr>
        <w:t>compresi eventuali indennizzi derivanti da polizze assicurative</w:t>
      </w:r>
      <w:r w:rsidRPr="002002A8">
        <w:rPr>
          <w:rFonts w:ascii="Goudy Old Style" w:hAnsi="Goudy Old Style" w:cs="Arial"/>
          <w:sz w:val="24"/>
          <w:szCs w:val="24"/>
          <w:lang w:val="it-IT"/>
        </w:rPr>
        <w:t>;</w:t>
      </w:r>
    </w:p>
    <w:p w:rsidR="00E72F74" w:rsidRPr="002002A8" w:rsidRDefault="009006E1" w:rsidP="00DF62B4">
      <w:pPr>
        <w:jc w:val="both"/>
        <w:rPr>
          <w:rFonts w:ascii="Goudy Old Style" w:hAnsi="Goudy Old Style" w:cs="Arial"/>
          <w:sz w:val="24"/>
          <w:szCs w:val="24"/>
          <w:lang w:val="it-IT"/>
        </w:rPr>
      </w:pPr>
      <w:r w:rsidRPr="002002A8">
        <w:rPr>
          <w:rFonts w:ascii="Goudy Old Style" w:hAnsi="Segoe UI Symbol" w:cs="Segoe UI Symbol"/>
          <w:sz w:val="24"/>
          <w:szCs w:val="24"/>
          <w:lang w:val="it-IT"/>
        </w:rPr>
        <w:t>☐</w:t>
      </w:r>
      <w:r w:rsidRPr="002002A8">
        <w:rPr>
          <w:rFonts w:ascii="Goudy Old Style" w:hAnsi="Goudy Old Style" w:cs="Arial"/>
          <w:sz w:val="24"/>
          <w:szCs w:val="24"/>
          <w:lang w:val="it-IT"/>
        </w:rPr>
        <w:t xml:space="preserve"> di aver ricevuto altre forme di indennizzo, contributo o sostegno finanziario per i medesimi danni,</w:t>
      </w:r>
      <w:r w:rsidR="00DF62B4">
        <w:rPr>
          <w:rFonts w:ascii="Goudy Old Style" w:hAnsi="Goudy Old Style" w:cs="Arial"/>
          <w:sz w:val="24"/>
          <w:szCs w:val="24"/>
          <w:lang w:val="it-IT"/>
        </w:rPr>
        <w:t xml:space="preserve"> </w:t>
      </w:r>
      <w:r w:rsidR="00DF62B4" w:rsidRPr="00DF62B4">
        <w:rPr>
          <w:rFonts w:ascii="Goudy Old Style" w:hAnsi="Goudy Old Style" w:cs="Arial"/>
          <w:sz w:val="24"/>
          <w:szCs w:val="24"/>
          <w:lang w:val="it-IT"/>
        </w:rPr>
        <w:t>compresi eventuali indennizzi derivanti da polizze assicurative,</w:t>
      </w:r>
      <w:r w:rsidRPr="002002A8">
        <w:rPr>
          <w:rFonts w:ascii="Goudy Old Style" w:hAnsi="Goudy Old Style" w:cs="Arial"/>
          <w:sz w:val="24"/>
          <w:szCs w:val="24"/>
          <w:lang w:val="it-IT"/>
        </w:rPr>
        <w:t xml:space="preserve"> come di seguito specificato:</w:t>
      </w:r>
    </w:p>
    <w:p w:rsidR="00E72F74" w:rsidRPr="002002A8" w:rsidRDefault="009006E1">
      <w:pPr>
        <w:rPr>
          <w:rFonts w:ascii="Goudy Old Style" w:hAnsi="Goudy Old Style" w:cs="Arial"/>
          <w:sz w:val="24"/>
          <w:szCs w:val="24"/>
          <w:lang w:val="it-IT"/>
        </w:rPr>
      </w:pPr>
      <w:r w:rsidRPr="002002A8">
        <w:rPr>
          <w:rFonts w:ascii="Goudy Old Style" w:hAnsi="Goudy Old Style" w:cs="Arial"/>
          <w:b/>
          <w:sz w:val="24"/>
          <w:szCs w:val="24"/>
          <w:lang w:val="it-IT"/>
        </w:rPr>
        <w:t xml:space="preserve">Ente erogatore </w:t>
      </w:r>
      <w:r w:rsidRPr="002002A8">
        <w:rPr>
          <w:rFonts w:ascii="Goudy Old Style" w:hAnsi="Goudy Old Style" w:cs="Arial"/>
          <w:sz w:val="24"/>
          <w:szCs w:val="24"/>
          <w:lang w:val="it-IT"/>
        </w:rPr>
        <w:t>____________________________________________</w:t>
      </w:r>
    </w:p>
    <w:p w:rsidR="00E72F74" w:rsidRPr="002002A8" w:rsidRDefault="009006E1">
      <w:pPr>
        <w:rPr>
          <w:rFonts w:ascii="Goudy Old Style" w:hAnsi="Goudy Old Style" w:cs="Arial"/>
          <w:sz w:val="24"/>
          <w:szCs w:val="24"/>
          <w:lang w:val="it-IT"/>
        </w:rPr>
      </w:pPr>
      <w:r w:rsidRPr="002002A8">
        <w:rPr>
          <w:rFonts w:ascii="Goudy Old Style" w:hAnsi="Goudy Old Style" w:cs="Arial"/>
          <w:b/>
          <w:sz w:val="24"/>
          <w:szCs w:val="24"/>
          <w:lang w:val="it-IT"/>
        </w:rPr>
        <w:t xml:space="preserve">Importo </w:t>
      </w:r>
      <w:r w:rsidRPr="002002A8">
        <w:rPr>
          <w:rFonts w:ascii="Goudy Old Style" w:hAnsi="Goudy Old Style" w:cs="Arial"/>
          <w:sz w:val="24"/>
          <w:szCs w:val="24"/>
          <w:lang w:val="it-IT"/>
        </w:rPr>
        <w:t>____________________________________________</w:t>
      </w:r>
    </w:p>
    <w:p w:rsidR="00E72F74" w:rsidRPr="002002A8" w:rsidRDefault="009006E1">
      <w:pPr>
        <w:rPr>
          <w:rFonts w:ascii="Goudy Old Style" w:hAnsi="Goudy Old Style" w:cs="Arial"/>
          <w:sz w:val="24"/>
          <w:szCs w:val="24"/>
          <w:lang w:val="it-IT"/>
        </w:rPr>
      </w:pPr>
      <w:r w:rsidRPr="002002A8">
        <w:rPr>
          <w:rFonts w:ascii="Goudy Old Style" w:hAnsi="Goudy Old Style" w:cs="Arial"/>
          <w:b/>
          <w:sz w:val="24"/>
          <w:szCs w:val="24"/>
          <w:lang w:val="it-IT"/>
        </w:rPr>
        <w:t xml:space="preserve">Misura/contributo </w:t>
      </w:r>
      <w:r w:rsidRPr="002002A8">
        <w:rPr>
          <w:rFonts w:ascii="Goudy Old Style" w:hAnsi="Goudy Old Style" w:cs="Arial"/>
          <w:sz w:val="24"/>
          <w:szCs w:val="24"/>
          <w:lang w:val="it-IT"/>
        </w:rPr>
        <w:t>____________________________________________</w:t>
      </w:r>
    </w:p>
    <w:p w:rsidR="00DF62B4" w:rsidRPr="00DF62B4" w:rsidRDefault="00DF62B4" w:rsidP="00DF62B4">
      <w:pPr>
        <w:ind w:left="720"/>
        <w:rPr>
          <w:rFonts w:ascii="Goudy Old Style" w:hAnsi="Goudy Old Style"/>
          <w:sz w:val="22"/>
          <w:lang w:val="it-IT"/>
        </w:rPr>
      </w:pPr>
      <w:r w:rsidRPr="00DF62B4">
        <w:rPr>
          <w:rFonts w:ascii="Goudy Old Style" w:hAnsi="Goudy Old Style"/>
          <w:sz w:val="22"/>
          <w:lang w:val="it-IT"/>
        </w:rPr>
        <w:t>Polizza assicurativa (compagnia e n. polizza, se pertinente) ______________________________</w:t>
      </w:r>
      <w:r w:rsidRPr="00DF62B4">
        <w:rPr>
          <w:rFonts w:ascii="Goudy Old Style" w:hAnsi="Goudy Old Style"/>
          <w:sz w:val="22"/>
          <w:lang w:val="it-IT"/>
        </w:rPr>
        <w:br/>
        <w:t>Indennizzo assicurativo richiesto/riconosciuto/liquidato € ______________________________</w:t>
      </w:r>
      <w:r w:rsidRPr="00DF62B4">
        <w:rPr>
          <w:rFonts w:ascii="Goudy Old Style" w:hAnsi="Goudy Old Style"/>
          <w:sz w:val="22"/>
          <w:lang w:val="it-IT"/>
        </w:rPr>
        <w:br/>
        <w:t>Stato della richiesta assicurativa / data di liquidazione ______________________________</w:t>
      </w:r>
    </w:p>
    <w:p w:rsidR="00E72F74" w:rsidRPr="002002A8" w:rsidRDefault="009006E1">
      <w:pPr>
        <w:rPr>
          <w:rFonts w:ascii="Goudy Old Style" w:hAnsi="Goudy Old Style" w:cs="Arial"/>
          <w:sz w:val="24"/>
          <w:szCs w:val="24"/>
          <w:lang w:val="it-IT"/>
        </w:rPr>
      </w:pPr>
      <w:r w:rsidRPr="002002A8">
        <w:rPr>
          <w:rFonts w:ascii="Goudy Old Style" w:hAnsi="Goudy Old Style" w:cs="Arial"/>
          <w:b/>
          <w:sz w:val="24"/>
          <w:szCs w:val="24"/>
          <w:lang w:val="it-IT"/>
        </w:rPr>
        <w:t xml:space="preserve">Data di erogazione </w:t>
      </w:r>
      <w:r w:rsidRPr="002002A8">
        <w:rPr>
          <w:rFonts w:ascii="Goudy Old Style" w:hAnsi="Goudy Old Style" w:cs="Arial"/>
          <w:sz w:val="24"/>
          <w:szCs w:val="24"/>
          <w:lang w:val="it-IT"/>
        </w:rPr>
        <w:t>____________________________________________</w:t>
      </w:r>
    </w:p>
    <w:p w:rsidR="00E72F74" w:rsidRPr="002002A8" w:rsidRDefault="009006E1">
      <w:pPr>
        <w:rPr>
          <w:rFonts w:ascii="Goudy Old Style" w:hAnsi="Goudy Old Style" w:cs="Arial"/>
          <w:sz w:val="24"/>
          <w:szCs w:val="24"/>
          <w:lang w:val="it-IT"/>
        </w:rPr>
      </w:pPr>
      <w:r w:rsidRPr="002002A8">
        <w:rPr>
          <w:rFonts w:ascii="Goudy Old Style" w:hAnsi="Goudy Old Style" w:cs="Arial"/>
          <w:b/>
          <w:sz w:val="24"/>
          <w:szCs w:val="24"/>
          <w:lang w:val="it-IT"/>
        </w:rPr>
        <w:t>6. Dichiarazioni e impegni</w:t>
      </w:r>
    </w:p>
    <w:p w:rsidR="00A1011C" w:rsidRPr="002002A8" w:rsidRDefault="009006E1" w:rsidP="009006E1">
      <w:pPr>
        <w:pStyle w:val="Paragrafoelenco"/>
        <w:numPr>
          <w:ilvl w:val="0"/>
          <w:numId w:val="10"/>
        </w:numPr>
        <w:jc w:val="both"/>
        <w:rPr>
          <w:rFonts w:ascii="Goudy Old Style" w:hAnsi="Goudy Old Style" w:cs="Arial"/>
          <w:sz w:val="24"/>
          <w:szCs w:val="24"/>
          <w:lang w:val="it-IT"/>
        </w:rPr>
      </w:pPr>
      <w:r w:rsidRPr="002002A8">
        <w:rPr>
          <w:rFonts w:ascii="Goudy Old Style" w:hAnsi="Goudy Old Style" w:cs="Arial"/>
          <w:sz w:val="24"/>
          <w:szCs w:val="24"/>
          <w:lang w:val="it-IT"/>
        </w:rPr>
        <w:t>che le informazioni riportate nella presente istanza sono veritiere;</w:t>
      </w:r>
    </w:p>
    <w:p w:rsidR="00E72F74" w:rsidRPr="002002A8" w:rsidRDefault="009006E1" w:rsidP="009006E1">
      <w:pPr>
        <w:pStyle w:val="Paragrafoelenco"/>
        <w:numPr>
          <w:ilvl w:val="0"/>
          <w:numId w:val="10"/>
        </w:numPr>
        <w:jc w:val="both"/>
        <w:rPr>
          <w:rFonts w:ascii="Goudy Old Style" w:hAnsi="Goudy Old Style" w:cs="Arial"/>
          <w:sz w:val="24"/>
          <w:szCs w:val="24"/>
          <w:lang w:val="it-IT"/>
        </w:rPr>
      </w:pPr>
      <w:r w:rsidRPr="002002A8">
        <w:rPr>
          <w:rFonts w:ascii="Goudy Old Style" w:hAnsi="Goudy Old Style" w:cs="Arial"/>
          <w:sz w:val="24"/>
          <w:szCs w:val="24"/>
          <w:lang w:val="it-IT"/>
        </w:rPr>
        <w:t>di essere consapevole delle responsabilità previste dalla normativa vigente in caso di dichiarazioni mendaci;</w:t>
      </w:r>
    </w:p>
    <w:p w:rsidR="00E72F74" w:rsidRPr="002002A8" w:rsidRDefault="009006E1" w:rsidP="009006E1">
      <w:pPr>
        <w:pStyle w:val="Paragrafoelenco"/>
        <w:numPr>
          <w:ilvl w:val="0"/>
          <w:numId w:val="10"/>
        </w:numPr>
        <w:jc w:val="both"/>
        <w:rPr>
          <w:rFonts w:ascii="Goudy Old Style" w:hAnsi="Goudy Old Style" w:cs="Arial"/>
          <w:sz w:val="24"/>
          <w:szCs w:val="24"/>
          <w:lang w:val="it-IT"/>
        </w:rPr>
      </w:pPr>
      <w:r w:rsidRPr="002002A8">
        <w:rPr>
          <w:rFonts w:ascii="Goudy Old Style" w:hAnsi="Goudy Old Style" w:cs="Arial"/>
          <w:sz w:val="24"/>
          <w:szCs w:val="24"/>
          <w:lang w:val="it-IT"/>
        </w:rPr>
        <w:t>di impegnarsi a comunicare tempestivamente eventuali variazioni relative alle informazioni contenute nella presente istanza;</w:t>
      </w:r>
    </w:p>
    <w:p w:rsidR="00E72F74" w:rsidRPr="002002A8" w:rsidRDefault="009006E1" w:rsidP="009006E1">
      <w:pPr>
        <w:pStyle w:val="Paragrafoelenco"/>
        <w:numPr>
          <w:ilvl w:val="0"/>
          <w:numId w:val="10"/>
        </w:numPr>
        <w:jc w:val="both"/>
        <w:rPr>
          <w:rFonts w:ascii="Goudy Old Style" w:hAnsi="Goudy Old Style" w:cs="Arial"/>
          <w:sz w:val="24"/>
          <w:szCs w:val="24"/>
          <w:lang w:val="it-IT"/>
        </w:rPr>
      </w:pPr>
      <w:r w:rsidRPr="002002A8">
        <w:rPr>
          <w:rFonts w:ascii="Goudy Old Style" w:hAnsi="Goudy Old Style" w:cs="Arial"/>
          <w:sz w:val="24"/>
          <w:szCs w:val="24"/>
          <w:lang w:val="it-IT"/>
        </w:rPr>
        <w:lastRenderedPageBreak/>
        <w:t>di essere consapevole che il riconoscimento dell’indennizzo è subordinato alla verifica dei requisiti previsti dalla disposizione regionale;</w:t>
      </w:r>
    </w:p>
    <w:p w:rsidR="00E72F74" w:rsidRPr="002002A8" w:rsidRDefault="009006E1" w:rsidP="009006E1">
      <w:pPr>
        <w:pStyle w:val="Paragrafoelenco"/>
        <w:numPr>
          <w:ilvl w:val="0"/>
          <w:numId w:val="10"/>
        </w:numPr>
        <w:jc w:val="both"/>
        <w:rPr>
          <w:rFonts w:ascii="Goudy Old Style" w:hAnsi="Goudy Old Style" w:cs="Arial"/>
          <w:sz w:val="24"/>
          <w:szCs w:val="24"/>
          <w:lang w:val="it-IT"/>
        </w:rPr>
      </w:pPr>
      <w:r w:rsidRPr="002002A8">
        <w:rPr>
          <w:rFonts w:ascii="Goudy Old Style" w:hAnsi="Goudy Old Style" w:cs="Arial"/>
          <w:sz w:val="24"/>
          <w:szCs w:val="24"/>
          <w:lang w:val="it-IT"/>
        </w:rPr>
        <w:t>di essere consapevole che l’indennizzo non è cumulabile con altre forme di sostegno finanziario per i medesimi eventi;</w:t>
      </w:r>
    </w:p>
    <w:p w:rsidR="00E72F74" w:rsidRPr="002002A8" w:rsidRDefault="009006E1" w:rsidP="009006E1">
      <w:pPr>
        <w:pStyle w:val="Paragrafoelenco"/>
        <w:numPr>
          <w:ilvl w:val="0"/>
          <w:numId w:val="10"/>
        </w:numPr>
        <w:jc w:val="both"/>
        <w:rPr>
          <w:rFonts w:ascii="Goudy Old Style" w:hAnsi="Goudy Old Style" w:cs="Arial"/>
          <w:sz w:val="24"/>
          <w:szCs w:val="24"/>
          <w:lang w:val="it-IT"/>
        </w:rPr>
      </w:pPr>
      <w:r w:rsidRPr="002002A8">
        <w:rPr>
          <w:rFonts w:ascii="Goudy Old Style" w:hAnsi="Goudy Old Style" w:cs="Arial"/>
          <w:sz w:val="24"/>
          <w:szCs w:val="24"/>
          <w:lang w:val="it-IT"/>
        </w:rPr>
        <w:t>di autorizzare il Comune e il Dipartimento regionale competente in materia di protezione civile all’effettuazione delle verifiche previste dalla normativa</w:t>
      </w:r>
      <w:r w:rsidR="001D6E07" w:rsidRPr="002002A8">
        <w:rPr>
          <w:rFonts w:ascii="Goudy Old Style" w:hAnsi="Goudy Old Style" w:cs="Arial"/>
          <w:sz w:val="24"/>
          <w:szCs w:val="24"/>
          <w:lang w:val="it-IT"/>
        </w:rPr>
        <w:t>;</w:t>
      </w:r>
    </w:p>
    <w:p w:rsidR="001D6E07" w:rsidRPr="002002A8" w:rsidRDefault="001D6E07" w:rsidP="001D6E07">
      <w:pPr>
        <w:pStyle w:val="Paragrafoelenco"/>
        <w:numPr>
          <w:ilvl w:val="0"/>
          <w:numId w:val="10"/>
        </w:numPr>
        <w:jc w:val="both"/>
        <w:rPr>
          <w:rFonts w:ascii="Goudy Old Style" w:hAnsi="Goudy Old Style" w:cs="Arial"/>
          <w:sz w:val="24"/>
          <w:szCs w:val="24"/>
          <w:lang w:val="it-IT"/>
        </w:rPr>
      </w:pPr>
      <w:r w:rsidRPr="002002A8">
        <w:rPr>
          <w:rFonts w:ascii="Goudy Old Style" w:hAnsi="Goudy Old Style" w:cs="Arial"/>
          <w:sz w:val="24"/>
          <w:szCs w:val="24"/>
          <w:lang w:val="it-IT"/>
        </w:rPr>
        <w:t>di essere consapevole che l’amministrazione comunale effettuerà controlli sulla veridicità delle autocertificazioni e delle dichiarazioni sostitutive procedendo  anche a campione o in tutti i casi in cui sorga un "ragionevole o fondato dubbio" sulla veridicità di quanto dichiarato.</w:t>
      </w:r>
    </w:p>
    <w:p w:rsidR="00E72F74" w:rsidRPr="002002A8" w:rsidRDefault="009006E1" w:rsidP="00BB6477">
      <w:pPr>
        <w:pStyle w:val="Paragrafoelenco"/>
        <w:ind w:left="0"/>
        <w:jc w:val="center"/>
        <w:rPr>
          <w:rFonts w:ascii="Goudy Old Style" w:hAnsi="Goudy Old Style" w:cs="Arial"/>
          <w:sz w:val="24"/>
          <w:szCs w:val="24"/>
          <w:lang w:val="it-IT"/>
        </w:rPr>
      </w:pPr>
      <w:r w:rsidRPr="002002A8">
        <w:rPr>
          <w:rFonts w:ascii="Goudy Old Style" w:hAnsi="Goudy Old Style" w:cs="Arial"/>
          <w:b/>
          <w:sz w:val="24"/>
          <w:szCs w:val="24"/>
          <w:lang w:val="it-IT"/>
        </w:rPr>
        <w:t xml:space="preserve">MODALITÀ </w:t>
      </w:r>
      <w:proofErr w:type="spellStart"/>
      <w:r w:rsidRPr="002002A8">
        <w:rPr>
          <w:rFonts w:ascii="Goudy Old Style" w:hAnsi="Goudy Old Style" w:cs="Arial"/>
          <w:b/>
          <w:sz w:val="24"/>
          <w:szCs w:val="24"/>
          <w:lang w:val="it-IT"/>
        </w:rPr>
        <w:t>DI</w:t>
      </w:r>
      <w:proofErr w:type="spellEnd"/>
      <w:r w:rsidRPr="002002A8">
        <w:rPr>
          <w:rFonts w:ascii="Goudy Old Style" w:hAnsi="Goudy Old Style" w:cs="Arial"/>
          <w:b/>
          <w:sz w:val="24"/>
          <w:szCs w:val="24"/>
          <w:lang w:val="it-IT"/>
        </w:rPr>
        <w:t xml:space="preserve"> PAGAMENTO</w:t>
      </w:r>
    </w:p>
    <w:p w:rsidR="00E72F74" w:rsidRPr="002002A8" w:rsidRDefault="009006E1" w:rsidP="009006E1">
      <w:pPr>
        <w:jc w:val="both"/>
        <w:rPr>
          <w:rFonts w:ascii="Goudy Old Style" w:hAnsi="Goudy Old Style" w:cs="Arial"/>
          <w:sz w:val="24"/>
          <w:szCs w:val="24"/>
          <w:lang w:val="it-IT"/>
        </w:rPr>
      </w:pPr>
      <w:r w:rsidRPr="002002A8">
        <w:rPr>
          <w:rFonts w:ascii="Goudy Old Style" w:hAnsi="Goudy Old Style" w:cs="Arial"/>
          <w:sz w:val="24"/>
          <w:szCs w:val="24"/>
          <w:lang w:val="it-IT"/>
        </w:rPr>
        <w:t>In caso di riconoscimento dell’indennizzo, il/la sottoscritto/a chiede che lo stesso venga accreditato sul seguente conto corrente:</w:t>
      </w:r>
    </w:p>
    <w:p w:rsidR="00E72F74" w:rsidRPr="002002A8" w:rsidRDefault="009006E1">
      <w:pPr>
        <w:rPr>
          <w:rFonts w:ascii="Goudy Old Style" w:hAnsi="Goudy Old Style" w:cs="Arial"/>
          <w:sz w:val="24"/>
          <w:szCs w:val="24"/>
          <w:lang w:val="it-IT"/>
        </w:rPr>
      </w:pPr>
      <w:r w:rsidRPr="002002A8">
        <w:rPr>
          <w:rFonts w:ascii="Goudy Old Style" w:hAnsi="Goudy Old Style" w:cs="Arial"/>
          <w:b/>
          <w:sz w:val="24"/>
          <w:szCs w:val="24"/>
          <w:lang w:val="it-IT"/>
        </w:rPr>
        <w:t xml:space="preserve">IBAN </w:t>
      </w:r>
      <w:r w:rsidRPr="002002A8">
        <w:rPr>
          <w:rFonts w:ascii="Goudy Old Style" w:hAnsi="Goudy Old Style" w:cs="Arial"/>
          <w:sz w:val="24"/>
          <w:szCs w:val="24"/>
          <w:lang w:val="it-IT"/>
        </w:rPr>
        <w:t>_______________________________________________________________</w:t>
      </w:r>
    </w:p>
    <w:p w:rsidR="00E72F74" w:rsidRPr="002002A8" w:rsidRDefault="009006E1">
      <w:pPr>
        <w:rPr>
          <w:rFonts w:ascii="Goudy Old Style" w:hAnsi="Goudy Old Style" w:cs="Arial"/>
          <w:sz w:val="24"/>
          <w:szCs w:val="24"/>
          <w:lang w:val="it-IT"/>
        </w:rPr>
      </w:pPr>
      <w:r w:rsidRPr="002002A8">
        <w:rPr>
          <w:rFonts w:ascii="Goudy Old Style" w:hAnsi="Goudy Old Style" w:cs="Arial"/>
          <w:b/>
          <w:sz w:val="24"/>
          <w:szCs w:val="24"/>
          <w:lang w:val="it-IT"/>
        </w:rPr>
        <w:t xml:space="preserve">Intestato/cointestato a </w:t>
      </w:r>
      <w:r w:rsidRPr="002002A8">
        <w:rPr>
          <w:rFonts w:ascii="Goudy Old Style" w:hAnsi="Goudy Old Style" w:cs="Arial"/>
          <w:sz w:val="24"/>
          <w:szCs w:val="24"/>
          <w:lang w:val="it-IT"/>
        </w:rPr>
        <w:t>___________________________________________</w:t>
      </w:r>
    </w:p>
    <w:p w:rsidR="00E72F74" w:rsidRPr="002002A8" w:rsidRDefault="009006E1">
      <w:pPr>
        <w:rPr>
          <w:rFonts w:ascii="Goudy Old Style" w:hAnsi="Goudy Old Style" w:cs="Arial"/>
          <w:sz w:val="24"/>
          <w:szCs w:val="24"/>
          <w:lang w:val="it-IT"/>
        </w:rPr>
      </w:pPr>
      <w:r w:rsidRPr="002002A8">
        <w:rPr>
          <w:rFonts w:ascii="Goudy Old Style" w:hAnsi="Goudy Old Style" w:cs="Arial"/>
          <w:b/>
          <w:sz w:val="24"/>
          <w:szCs w:val="24"/>
          <w:lang w:val="it-IT"/>
        </w:rPr>
        <w:t xml:space="preserve">Codice fiscale del titolare del conto </w:t>
      </w:r>
      <w:r w:rsidRPr="002002A8">
        <w:rPr>
          <w:rFonts w:ascii="Goudy Old Style" w:hAnsi="Goudy Old Style" w:cs="Arial"/>
          <w:sz w:val="24"/>
          <w:szCs w:val="24"/>
          <w:lang w:val="it-IT"/>
        </w:rPr>
        <w:t>_____________________________</w:t>
      </w:r>
    </w:p>
    <w:p w:rsidR="00E72F74" w:rsidRPr="002002A8" w:rsidRDefault="009006E1">
      <w:pPr>
        <w:rPr>
          <w:rFonts w:ascii="Goudy Old Style" w:hAnsi="Goudy Old Style" w:cs="Arial"/>
          <w:sz w:val="24"/>
          <w:szCs w:val="24"/>
          <w:lang w:val="it-IT"/>
        </w:rPr>
      </w:pPr>
      <w:r w:rsidRPr="002002A8">
        <w:rPr>
          <w:rFonts w:ascii="Goudy Old Style" w:hAnsi="Goudy Old Style" w:cs="Arial"/>
          <w:b/>
          <w:sz w:val="24"/>
          <w:szCs w:val="24"/>
          <w:lang w:val="it-IT"/>
        </w:rPr>
        <w:t>ALLEGATI OBBLIGATORI</w:t>
      </w:r>
    </w:p>
    <w:p w:rsidR="00E72F74" w:rsidRPr="002002A8" w:rsidRDefault="009006E1">
      <w:pPr>
        <w:ind w:left="283"/>
        <w:rPr>
          <w:rFonts w:ascii="Goudy Old Style" w:hAnsi="Goudy Old Style" w:cs="Arial"/>
          <w:sz w:val="24"/>
          <w:szCs w:val="24"/>
          <w:lang w:val="it-IT"/>
        </w:rPr>
      </w:pPr>
      <w:r w:rsidRPr="002002A8">
        <w:rPr>
          <w:rFonts w:ascii="Goudy Old Style" w:hAnsi="Segoe UI Symbol" w:cs="Segoe UI Symbol"/>
          <w:sz w:val="24"/>
          <w:szCs w:val="24"/>
          <w:lang w:val="it-IT"/>
        </w:rPr>
        <w:t>☐</w:t>
      </w:r>
      <w:r w:rsidRPr="002002A8">
        <w:rPr>
          <w:rFonts w:ascii="Goudy Old Style" w:hAnsi="Goudy Old Style" w:cs="Arial"/>
          <w:sz w:val="24"/>
          <w:szCs w:val="24"/>
          <w:lang w:val="it-IT"/>
        </w:rPr>
        <w:t xml:space="preserve"> copia di un documento di riconoscimento in corso di validità;</w:t>
      </w:r>
    </w:p>
    <w:p w:rsidR="00E72F74" w:rsidRPr="002002A8" w:rsidRDefault="009006E1">
      <w:pPr>
        <w:ind w:left="283"/>
        <w:rPr>
          <w:rFonts w:ascii="Goudy Old Style" w:hAnsi="Goudy Old Style" w:cs="Arial"/>
          <w:sz w:val="24"/>
          <w:szCs w:val="24"/>
          <w:lang w:val="it-IT"/>
        </w:rPr>
      </w:pPr>
      <w:r w:rsidRPr="002002A8">
        <w:rPr>
          <w:rFonts w:ascii="Goudy Old Style" w:hAnsi="Segoe UI Symbol" w:cs="Segoe UI Symbol"/>
          <w:sz w:val="24"/>
          <w:szCs w:val="24"/>
          <w:lang w:val="it-IT"/>
        </w:rPr>
        <w:t>☐</w:t>
      </w:r>
      <w:r w:rsidRPr="002002A8">
        <w:rPr>
          <w:rFonts w:ascii="Goudy Old Style" w:hAnsi="Goudy Old Style" w:cs="Arial"/>
          <w:sz w:val="24"/>
          <w:szCs w:val="24"/>
          <w:lang w:val="it-IT"/>
        </w:rPr>
        <w:t xml:space="preserve"> documentazione fotografica comprovante i danni subiti;</w:t>
      </w:r>
    </w:p>
    <w:p w:rsidR="00E72F74" w:rsidRPr="002002A8" w:rsidRDefault="009006E1">
      <w:pPr>
        <w:rPr>
          <w:rFonts w:ascii="Goudy Old Style" w:hAnsi="Goudy Old Style" w:cs="Arial"/>
          <w:sz w:val="24"/>
          <w:szCs w:val="24"/>
          <w:lang w:val="it-IT"/>
        </w:rPr>
      </w:pPr>
      <w:r w:rsidRPr="002002A8">
        <w:rPr>
          <w:rFonts w:ascii="Goudy Old Style" w:hAnsi="Goudy Old Style" w:cs="Arial"/>
          <w:b/>
          <w:sz w:val="24"/>
          <w:szCs w:val="24"/>
          <w:lang w:val="it-IT"/>
        </w:rPr>
        <w:t xml:space="preserve">Luogo e data </w:t>
      </w:r>
      <w:r w:rsidRPr="002002A8">
        <w:rPr>
          <w:rFonts w:ascii="Goudy Old Style" w:hAnsi="Goudy Old Style" w:cs="Arial"/>
          <w:sz w:val="24"/>
          <w:szCs w:val="24"/>
          <w:lang w:val="it-IT"/>
        </w:rPr>
        <w:t>______________________________</w:t>
      </w:r>
    </w:p>
    <w:p w:rsidR="00E72F74" w:rsidRPr="002002A8" w:rsidRDefault="009006E1">
      <w:pPr>
        <w:jc w:val="right"/>
        <w:rPr>
          <w:rFonts w:ascii="Goudy Old Style" w:hAnsi="Goudy Old Style" w:cs="Arial"/>
          <w:sz w:val="24"/>
          <w:szCs w:val="24"/>
          <w:lang w:val="it-IT"/>
        </w:rPr>
      </w:pPr>
      <w:r w:rsidRPr="002002A8">
        <w:rPr>
          <w:rFonts w:ascii="Goudy Old Style" w:hAnsi="Goudy Old Style" w:cs="Arial"/>
          <w:b/>
          <w:sz w:val="24"/>
          <w:szCs w:val="24"/>
          <w:lang w:val="it-IT"/>
        </w:rPr>
        <w:t>Il/La dichiarante</w:t>
      </w:r>
      <w:r w:rsidRPr="002002A8">
        <w:rPr>
          <w:rFonts w:ascii="Goudy Old Style" w:hAnsi="Goudy Old Style" w:cs="Arial"/>
          <w:b/>
          <w:sz w:val="24"/>
          <w:szCs w:val="24"/>
          <w:lang w:val="it-IT"/>
        </w:rPr>
        <w:br/>
        <w:t>_________________________________________</w:t>
      </w:r>
      <w:r w:rsidRPr="002002A8">
        <w:rPr>
          <w:rFonts w:ascii="Goudy Old Style" w:hAnsi="Goudy Old Style" w:cs="Arial"/>
          <w:b/>
          <w:sz w:val="24"/>
          <w:szCs w:val="24"/>
          <w:lang w:val="it-IT"/>
        </w:rPr>
        <w:br/>
        <w:t>(firma)</w:t>
      </w:r>
    </w:p>
    <w:p w:rsidR="00E72F74" w:rsidRPr="002002A8" w:rsidRDefault="009006E1">
      <w:pPr>
        <w:rPr>
          <w:rFonts w:ascii="Goudy Old Style" w:hAnsi="Goudy Old Style" w:cs="Arial"/>
          <w:sz w:val="24"/>
          <w:szCs w:val="24"/>
          <w:lang w:val="it-IT"/>
        </w:rPr>
      </w:pPr>
      <w:r w:rsidRPr="002002A8">
        <w:rPr>
          <w:rFonts w:ascii="Goudy Old Style" w:hAnsi="Goudy Old Style" w:cs="Arial"/>
          <w:b/>
          <w:sz w:val="24"/>
          <w:szCs w:val="24"/>
          <w:lang w:val="it-IT"/>
        </w:rPr>
        <w:t>INFORMATIVA SUL TRATTAMENTO DEI DATI PERSONALI</w:t>
      </w:r>
    </w:p>
    <w:p w:rsidR="00E72F74" w:rsidRPr="002002A8" w:rsidRDefault="009006E1" w:rsidP="00C941B0">
      <w:pPr>
        <w:jc w:val="both"/>
        <w:rPr>
          <w:rFonts w:ascii="Goudy Old Style" w:hAnsi="Goudy Old Style" w:cs="Arial"/>
          <w:sz w:val="24"/>
          <w:szCs w:val="24"/>
          <w:lang w:val="it-IT"/>
        </w:rPr>
      </w:pPr>
      <w:r w:rsidRPr="002002A8">
        <w:rPr>
          <w:rFonts w:ascii="Goudy Old Style" w:hAnsi="Goudy Old Style" w:cs="Arial"/>
          <w:sz w:val="24"/>
          <w:szCs w:val="24"/>
          <w:lang w:val="it-IT"/>
        </w:rPr>
        <w:t>Il/La sottoscritto/a dichiara di aver preso visione dell’informativa sul trattamento dei dati personali predisposta dal Comune ai sensi del Regolamento (UE) 2016/679 e della normativa nazionale vigente in materia di protezione dei dati personali.</w:t>
      </w:r>
    </w:p>
    <w:p w:rsidR="00E72F74" w:rsidRPr="002002A8" w:rsidRDefault="009006E1">
      <w:pPr>
        <w:rPr>
          <w:rFonts w:ascii="Goudy Old Style" w:hAnsi="Goudy Old Style" w:cs="Arial"/>
          <w:sz w:val="24"/>
          <w:szCs w:val="24"/>
          <w:lang w:val="it-IT"/>
        </w:rPr>
      </w:pPr>
      <w:r w:rsidRPr="002002A8">
        <w:rPr>
          <w:rFonts w:ascii="Goudy Old Style" w:hAnsi="Goudy Old Style" w:cs="Arial"/>
          <w:b/>
          <w:sz w:val="24"/>
          <w:szCs w:val="24"/>
          <w:lang w:val="it-IT"/>
        </w:rPr>
        <w:t xml:space="preserve">Luogo e data </w:t>
      </w:r>
      <w:r w:rsidRPr="002002A8">
        <w:rPr>
          <w:rFonts w:ascii="Goudy Old Style" w:hAnsi="Goudy Old Style" w:cs="Arial"/>
          <w:sz w:val="24"/>
          <w:szCs w:val="24"/>
          <w:lang w:val="it-IT"/>
        </w:rPr>
        <w:t>______________________________</w:t>
      </w:r>
    </w:p>
    <w:p w:rsidR="00E72F74" w:rsidRPr="002002A8" w:rsidRDefault="009006E1">
      <w:pPr>
        <w:jc w:val="right"/>
        <w:rPr>
          <w:rFonts w:ascii="Goudy Old Style" w:hAnsi="Goudy Old Style" w:cs="Arial"/>
          <w:sz w:val="24"/>
          <w:szCs w:val="24"/>
          <w:lang w:val="it-IT"/>
        </w:rPr>
      </w:pPr>
      <w:r w:rsidRPr="002002A8">
        <w:rPr>
          <w:rFonts w:ascii="Goudy Old Style" w:hAnsi="Goudy Old Style" w:cs="Arial"/>
          <w:b/>
          <w:sz w:val="24"/>
          <w:szCs w:val="24"/>
          <w:lang w:val="it-IT"/>
        </w:rPr>
        <w:t>Il/La dichiarante</w:t>
      </w:r>
      <w:r w:rsidRPr="002002A8">
        <w:rPr>
          <w:rFonts w:ascii="Goudy Old Style" w:hAnsi="Goudy Old Style" w:cs="Arial"/>
          <w:b/>
          <w:sz w:val="24"/>
          <w:szCs w:val="24"/>
          <w:lang w:val="it-IT"/>
        </w:rPr>
        <w:br/>
      </w:r>
      <w:r w:rsidRPr="002002A8">
        <w:rPr>
          <w:rFonts w:ascii="Goudy Old Style" w:hAnsi="Goudy Old Style" w:cs="Arial"/>
          <w:b/>
          <w:sz w:val="24"/>
          <w:szCs w:val="24"/>
          <w:lang w:val="it-IT"/>
        </w:rPr>
        <w:br/>
        <w:t>_________________________________________</w:t>
      </w:r>
      <w:r w:rsidRPr="002002A8">
        <w:rPr>
          <w:rFonts w:ascii="Goudy Old Style" w:hAnsi="Goudy Old Style" w:cs="Arial"/>
          <w:b/>
          <w:sz w:val="24"/>
          <w:szCs w:val="24"/>
          <w:lang w:val="it-IT"/>
        </w:rPr>
        <w:br/>
        <w:t>(firma)</w:t>
      </w:r>
    </w:p>
    <w:sectPr w:rsidR="00E72F74" w:rsidRPr="002002A8" w:rsidSect="002002A8">
      <w:headerReference w:type="default" r:id="rId8"/>
      <w:pgSz w:w="12240" w:h="15840"/>
      <w:pgMar w:top="1418" w:right="1418" w:bottom="1418" w:left="1418" w:header="510" w:footer="51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008D" w:rsidRDefault="000A008D" w:rsidP="002002A8">
      <w:pPr>
        <w:spacing w:after="0" w:line="240" w:lineRule="auto"/>
      </w:pPr>
      <w:r>
        <w:separator/>
      </w:r>
    </w:p>
  </w:endnote>
  <w:endnote w:type="continuationSeparator" w:id="0">
    <w:p w:rsidR="000A008D" w:rsidRDefault="000A008D" w:rsidP="002002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008D" w:rsidRDefault="000A008D" w:rsidP="002002A8">
      <w:pPr>
        <w:spacing w:after="0" w:line="240" w:lineRule="auto"/>
      </w:pPr>
      <w:r>
        <w:separator/>
      </w:r>
    </w:p>
  </w:footnote>
  <w:footnote w:type="continuationSeparator" w:id="0">
    <w:p w:rsidR="000A008D" w:rsidRDefault="000A008D" w:rsidP="002002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670" w:type="dxa"/>
      <w:tblInd w:w="70" w:type="dxa"/>
      <w:tblLayout w:type="fixed"/>
      <w:tblCellMar>
        <w:left w:w="70" w:type="dxa"/>
        <w:right w:w="70" w:type="dxa"/>
      </w:tblCellMar>
      <w:tblLook w:val="0000"/>
    </w:tblPr>
    <w:tblGrid>
      <w:gridCol w:w="851"/>
      <w:gridCol w:w="4819"/>
    </w:tblGrid>
    <w:tr w:rsidR="002002A8" w:rsidRPr="00D6763E" w:rsidTr="00992150">
      <w:trPr>
        <w:trHeight w:val="1137"/>
      </w:trPr>
      <w:tc>
        <w:tcPr>
          <w:tcW w:w="851" w:type="dxa"/>
          <w:vAlign w:val="center"/>
        </w:tcPr>
        <w:p w:rsidR="002002A8" w:rsidRPr="00D6763E" w:rsidRDefault="002002A8" w:rsidP="00992150">
          <w:pPr>
            <w:snapToGrid w:val="0"/>
            <w:spacing w:after="0" w:line="240" w:lineRule="auto"/>
            <w:jc w:val="center"/>
            <w:rPr>
              <w:rFonts w:ascii="Goudy Old Style" w:hAnsi="Goudy Old Style" w:cs="Arial"/>
            </w:rPr>
          </w:pPr>
          <w:r>
            <w:rPr>
              <w:rFonts w:ascii="Goudy Old Style" w:hAnsi="Goudy Old Style"/>
              <w:noProof/>
              <w:lang w:val="it-IT" w:eastAsia="it-IT"/>
            </w:rPr>
            <w:drawing>
              <wp:inline distT="0" distB="0" distL="0" distR="0">
                <wp:extent cx="450850" cy="676910"/>
                <wp:effectExtent l="19050" t="0" r="6350" b="0"/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50850" cy="6769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9" w:type="dxa"/>
          <w:vAlign w:val="center"/>
        </w:tcPr>
        <w:p w:rsidR="002002A8" w:rsidRPr="00357BB8" w:rsidRDefault="002002A8" w:rsidP="00992150">
          <w:pPr>
            <w:spacing w:after="0" w:line="240" w:lineRule="auto"/>
            <w:jc w:val="center"/>
            <w:rPr>
              <w:rFonts w:ascii="Goudy Old Style" w:eastAsia="Calibri" w:hAnsi="Goudy Old Style" w:cs="Calibri"/>
              <w:sz w:val="44"/>
              <w:szCs w:val="44"/>
            </w:rPr>
          </w:pPr>
          <w:r w:rsidRPr="00357BB8">
            <w:rPr>
              <w:rFonts w:ascii="Goudy Old Style" w:eastAsia="Calibri" w:hAnsi="Goudy Old Style" w:cs="Calibri"/>
              <w:b/>
              <w:bCs/>
              <w:position w:val="3"/>
              <w:sz w:val="44"/>
              <w:szCs w:val="44"/>
            </w:rPr>
            <w:t>CI</w:t>
          </w:r>
          <w:r w:rsidRPr="00357BB8">
            <w:rPr>
              <w:rFonts w:ascii="Goudy Old Style" w:eastAsia="Calibri" w:hAnsi="Goudy Old Style" w:cs="Calibri"/>
              <w:b/>
              <w:bCs/>
              <w:spacing w:val="4"/>
              <w:position w:val="3"/>
              <w:sz w:val="44"/>
              <w:szCs w:val="44"/>
            </w:rPr>
            <w:t>T</w:t>
          </w:r>
          <w:r w:rsidRPr="00357BB8">
            <w:rPr>
              <w:rFonts w:ascii="Goudy Old Style" w:eastAsia="Calibri" w:hAnsi="Goudy Old Style" w:cs="Calibri"/>
              <w:b/>
              <w:bCs/>
              <w:spacing w:val="-41"/>
              <w:position w:val="3"/>
              <w:sz w:val="44"/>
              <w:szCs w:val="44"/>
            </w:rPr>
            <w:t>T</w:t>
          </w:r>
          <w:r>
            <w:rPr>
              <w:rFonts w:ascii="Goudy Old Style" w:eastAsia="Calibri" w:hAnsi="Goudy Old Style" w:cs="Calibri"/>
              <w:b/>
              <w:bCs/>
              <w:spacing w:val="-27"/>
              <w:position w:val="3"/>
              <w:sz w:val="44"/>
              <w:szCs w:val="44"/>
            </w:rPr>
            <w:t>À</w:t>
          </w:r>
          <w:r w:rsidRPr="00357BB8">
            <w:rPr>
              <w:rFonts w:ascii="Goudy Old Style" w:eastAsia="Calibri" w:hAnsi="Goudy Old Style" w:cs="Calibri"/>
              <w:b/>
              <w:bCs/>
              <w:spacing w:val="-15"/>
              <w:position w:val="3"/>
              <w:sz w:val="44"/>
              <w:szCs w:val="44"/>
            </w:rPr>
            <w:t xml:space="preserve"> </w:t>
          </w:r>
          <w:r w:rsidRPr="00357BB8">
            <w:rPr>
              <w:rFonts w:ascii="Goudy Old Style" w:eastAsia="Calibri" w:hAnsi="Goudy Old Style" w:cs="Calibri"/>
              <w:b/>
              <w:bCs/>
              <w:position w:val="3"/>
              <w:sz w:val="44"/>
              <w:szCs w:val="44"/>
            </w:rPr>
            <w:t>DI</w:t>
          </w:r>
          <w:r w:rsidRPr="00357BB8">
            <w:rPr>
              <w:rFonts w:ascii="Goudy Old Style" w:eastAsia="Calibri" w:hAnsi="Goudy Old Style" w:cs="Calibri"/>
              <w:b/>
              <w:bCs/>
              <w:spacing w:val="-5"/>
              <w:position w:val="3"/>
              <w:sz w:val="44"/>
              <w:szCs w:val="44"/>
            </w:rPr>
            <w:t xml:space="preserve"> </w:t>
          </w:r>
          <w:r w:rsidRPr="00357BB8">
            <w:rPr>
              <w:rFonts w:ascii="Goudy Old Style" w:eastAsia="Calibri" w:hAnsi="Goudy Old Style" w:cs="Calibri"/>
              <w:b/>
              <w:bCs/>
              <w:spacing w:val="2"/>
              <w:position w:val="3"/>
              <w:sz w:val="44"/>
              <w:szCs w:val="44"/>
            </w:rPr>
            <w:t>M</w:t>
          </w:r>
          <w:r w:rsidRPr="00357BB8">
            <w:rPr>
              <w:rFonts w:ascii="Goudy Old Style" w:eastAsia="Calibri" w:hAnsi="Goudy Old Style" w:cs="Calibri"/>
              <w:b/>
              <w:bCs/>
              <w:position w:val="3"/>
              <w:sz w:val="44"/>
              <w:szCs w:val="44"/>
            </w:rPr>
            <w:t>E</w:t>
          </w:r>
          <w:r w:rsidRPr="00357BB8">
            <w:rPr>
              <w:rFonts w:ascii="Goudy Old Style" w:eastAsia="Calibri" w:hAnsi="Goudy Old Style" w:cs="Calibri"/>
              <w:b/>
              <w:bCs/>
              <w:spacing w:val="1"/>
              <w:position w:val="3"/>
              <w:sz w:val="44"/>
              <w:szCs w:val="44"/>
            </w:rPr>
            <w:t>N</w:t>
          </w:r>
          <w:r w:rsidRPr="00357BB8">
            <w:rPr>
              <w:rFonts w:ascii="Goudy Old Style" w:eastAsia="Calibri" w:hAnsi="Goudy Old Style" w:cs="Calibri"/>
              <w:b/>
              <w:bCs/>
              <w:position w:val="3"/>
              <w:sz w:val="44"/>
              <w:szCs w:val="44"/>
            </w:rPr>
            <w:t>DICINO</w:t>
          </w:r>
        </w:p>
        <w:p w:rsidR="002002A8" w:rsidRPr="00357BB8" w:rsidRDefault="002002A8" w:rsidP="00992150">
          <w:pPr>
            <w:spacing w:after="0" w:line="240" w:lineRule="auto"/>
            <w:jc w:val="center"/>
            <w:rPr>
              <w:rFonts w:ascii="Goudy Old Style" w:hAnsi="Goudy Old Style" w:cs="Arial"/>
              <w:i/>
              <w:sz w:val="24"/>
              <w:szCs w:val="24"/>
            </w:rPr>
          </w:pPr>
          <w:r w:rsidRPr="00357BB8">
            <w:rPr>
              <w:rFonts w:ascii="Goudy Old Style" w:eastAsia="Calibri" w:hAnsi="Goudy Old Style" w:cs="Calibri"/>
              <w:bCs/>
              <w:i/>
              <w:sz w:val="24"/>
              <w:szCs w:val="24"/>
            </w:rPr>
            <w:t>(P</w:t>
          </w:r>
          <w:r w:rsidRPr="00357BB8">
            <w:rPr>
              <w:rFonts w:ascii="Goudy Old Style" w:eastAsia="Calibri" w:hAnsi="Goudy Old Style" w:cs="Calibri"/>
              <w:bCs/>
              <w:i/>
              <w:spacing w:val="-2"/>
              <w:sz w:val="24"/>
              <w:szCs w:val="24"/>
            </w:rPr>
            <w:t>r</w:t>
          </w:r>
          <w:r w:rsidRPr="00357BB8">
            <w:rPr>
              <w:rFonts w:ascii="Goudy Old Style" w:eastAsia="Calibri" w:hAnsi="Goudy Old Style" w:cs="Calibri"/>
              <w:bCs/>
              <w:i/>
              <w:spacing w:val="-4"/>
              <w:sz w:val="24"/>
              <w:szCs w:val="24"/>
            </w:rPr>
            <w:t>o</w:t>
          </w:r>
          <w:r w:rsidRPr="00357BB8">
            <w:rPr>
              <w:rFonts w:ascii="Goudy Old Style" w:eastAsia="Calibri" w:hAnsi="Goudy Old Style" w:cs="Calibri"/>
              <w:bCs/>
              <w:i/>
              <w:spacing w:val="3"/>
              <w:sz w:val="24"/>
              <w:szCs w:val="24"/>
            </w:rPr>
            <w:t>v</w:t>
          </w:r>
          <w:r w:rsidRPr="00357BB8">
            <w:rPr>
              <w:rFonts w:ascii="Goudy Old Style" w:eastAsia="Calibri" w:hAnsi="Goudy Old Style" w:cs="Calibri"/>
              <w:bCs/>
              <w:i/>
              <w:spacing w:val="-1"/>
              <w:sz w:val="24"/>
              <w:szCs w:val="24"/>
            </w:rPr>
            <w:t>i</w:t>
          </w:r>
          <w:r w:rsidRPr="00357BB8">
            <w:rPr>
              <w:rFonts w:ascii="Goudy Old Style" w:eastAsia="Calibri" w:hAnsi="Goudy Old Style" w:cs="Calibri"/>
              <w:bCs/>
              <w:i/>
              <w:sz w:val="24"/>
              <w:szCs w:val="24"/>
            </w:rPr>
            <w:t>n</w:t>
          </w:r>
          <w:r w:rsidRPr="00357BB8">
            <w:rPr>
              <w:rFonts w:ascii="Goudy Old Style" w:eastAsia="Calibri" w:hAnsi="Goudy Old Style" w:cs="Calibri"/>
              <w:bCs/>
              <w:i/>
              <w:spacing w:val="2"/>
              <w:sz w:val="24"/>
              <w:szCs w:val="24"/>
            </w:rPr>
            <w:t>c</w:t>
          </w:r>
          <w:r w:rsidRPr="00357BB8">
            <w:rPr>
              <w:rFonts w:ascii="Goudy Old Style" w:eastAsia="Calibri" w:hAnsi="Goudy Old Style" w:cs="Calibri"/>
              <w:bCs/>
              <w:i/>
              <w:spacing w:val="-1"/>
              <w:sz w:val="24"/>
              <w:szCs w:val="24"/>
            </w:rPr>
            <w:t>i</w:t>
          </w:r>
          <w:r w:rsidRPr="00357BB8">
            <w:rPr>
              <w:rFonts w:ascii="Goudy Old Style" w:eastAsia="Calibri" w:hAnsi="Goudy Old Style" w:cs="Calibri"/>
              <w:bCs/>
              <w:i/>
              <w:sz w:val="24"/>
              <w:szCs w:val="24"/>
            </w:rPr>
            <w:t>a</w:t>
          </w:r>
          <w:r w:rsidRPr="00357BB8">
            <w:rPr>
              <w:rFonts w:ascii="Goudy Old Style" w:eastAsia="Calibri" w:hAnsi="Goudy Old Style" w:cs="Calibri"/>
              <w:bCs/>
              <w:i/>
              <w:spacing w:val="-15"/>
              <w:sz w:val="24"/>
              <w:szCs w:val="24"/>
            </w:rPr>
            <w:t xml:space="preserve"> d</w:t>
          </w:r>
          <w:r w:rsidRPr="00357BB8">
            <w:rPr>
              <w:rFonts w:ascii="Goudy Old Style" w:eastAsia="Calibri" w:hAnsi="Goudy Old Style" w:cs="Calibri"/>
              <w:bCs/>
              <w:i/>
              <w:sz w:val="24"/>
              <w:szCs w:val="24"/>
            </w:rPr>
            <w:t>i</w:t>
          </w:r>
          <w:r w:rsidRPr="00357BB8">
            <w:rPr>
              <w:rFonts w:ascii="Goudy Old Style" w:eastAsia="Calibri" w:hAnsi="Goudy Old Style" w:cs="Calibri"/>
              <w:bCs/>
              <w:i/>
              <w:spacing w:val="-2"/>
              <w:sz w:val="24"/>
              <w:szCs w:val="24"/>
            </w:rPr>
            <w:t xml:space="preserve"> </w:t>
          </w:r>
          <w:r w:rsidRPr="00357BB8">
            <w:rPr>
              <w:rFonts w:ascii="Goudy Old Style" w:eastAsia="Calibri" w:hAnsi="Goudy Old Style" w:cs="Calibri"/>
              <w:bCs/>
              <w:i/>
              <w:spacing w:val="-3"/>
              <w:sz w:val="24"/>
              <w:szCs w:val="24"/>
            </w:rPr>
            <w:t>C</w:t>
          </w:r>
          <w:r w:rsidRPr="00357BB8">
            <w:rPr>
              <w:rFonts w:ascii="Goudy Old Style" w:eastAsia="Calibri" w:hAnsi="Goudy Old Style" w:cs="Calibri"/>
              <w:bCs/>
              <w:i/>
              <w:sz w:val="24"/>
              <w:szCs w:val="24"/>
            </w:rPr>
            <w:t>ose</w:t>
          </w:r>
          <w:r w:rsidRPr="00357BB8">
            <w:rPr>
              <w:rFonts w:ascii="Goudy Old Style" w:eastAsia="Calibri" w:hAnsi="Goudy Old Style" w:cs="Calibri"/>
              <w:bCs/>
              <w:i/>
              <w:spacing w:val="1"/>
              <w:sz w:val="24"/>
              <w:szCs w:val="24"/>
            </w:rPr>
            <w:t>n</w:t>
          </w:r>
          <w:r w:rsidRPr="00357BB8">
            <w:rPr>
              <w:rFonts w:ascii="Goudy Old Style" w:eastAsia="Calibri" w:hAnsi="Goudy Old Style" w:cs="Calibri"/>
              <w:bCs/>
              <w:i/>
              <w:spacing w:val="-1"/>
              <w:sz w:val="24"/>
              <w:szCs w:val="24"/>
            </w:rPr>
            <w:t>z</w:t>
          </w:r>
          <w:r w:rsidRPr="00357BB8">
            <w:rPr>
              <w:rFonts w:ascii="Goudy Old Style" w:eastAsia="Calibri" w:hAnsi="Goudy Old Style" w:cs="Calibri"/>
              <w:bCs/>
              <w:i/>
              <w:sz w:val="24"/>
              <w:szCs w:val="24"/>
            </w:rPr>
            <w:t>a)</w:t>
          </w:r>
        </w:p>
      </w:tc>
    </w:tr>
  </w:tbl>
  <w:p w:rsidR="002002A8" w:rsidRPr="0037604C" w:rsidRDefault="00D007AF" w:rsidP="002002A8">
    <w:pPr>
      <w:pStyle w:val="Intestazione"/>
      <w:rPr>
        <w:sz w:val="16"/>
        <w:szCs w:val="16"/>
      </w:rPr>
    </w:pPr>
    <w:r w:rsidRPr="00D007AF">
      <w:rPr>
        <w:sz w:val="16"/>
        <w:szCs w:val="16"/>
      </w:rPr>
      <w:pict>
        <v:rect id="_x0000_i1025" style="width:0;height:1.5pt" o:hralign="center" o:hrstd="t" o:hr="t" fillcolor="#a0a0a0" stroked="f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16C13242"/>
    <w:multiLevelType w:val="hybridMultilevel"/>
    <w:tmpl w:val="866686F0"/>
    <w:lvl w:ilvl="0" w:tplc="0410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B47730"/>
    <w:rsid w:val="00034616"/>
    <w:rsid w:val="0006063C"/>
    <w:rsid w:val="000A008D"/>
    <w:rsid w:val="0015074B"/>
    <w:rsid w:val="001D6E07"/>
    <w:rsid w:val="002002A8"/>
    <w:rsid w:val="0029639D"/>
    <w:rsid w:val="00326F90"/>
    <w:rsid w:val="0046444E"/>
    <w:rsid w:val="006D0E11"/>
    <w:rsid w:val="007A75A9"/>
    <w:rsid w:val="009006E1"/>
    <w:rsid w:val="00A1011C"/>
    <w:rsid w:val="00AA1D8D"/>
    <w:rsid w:val="00B47730"/>
    <w:rsid w:val="00BB6477"/>
    <w:rsid w:val="00C941B0"/>
    <w:rsid w:val="00CB0664"/>
    <w:rsid w:val="00D007AF"/>
    <w:rsid w:val="00D323C0"/>
    <w:rsid w:val="00DF62B4"/>
    <w:rsid w:val="00E72F74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C693F"/>
    <w:pPr>
      <w:spacing w:after="120"/>
    </w:pPr>
    <w:rPr>
      <w:rFonts w:ascii="Arial" w:eastAsia="Arial" w:hAnsi="Arial"/>
      <w:sz w:val="21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deltesto">
    <w:name w:val="Body Text"/>
    <w:basedOn w:val="Normale"/>
    <w:link w:val="CorpodeltestoCarattere"/>
    <w:uiPriority w:val="99"/>
    <w:unhideWhenUsed/>
    <w:rsid w:val="00AA1D8D"/>
  </w:style>
  <w:style w:type="character" w:customStyle="1" w:styleId="CorpodeltestoCarattere">
    <w:name w:val="Corpo del testo Carattere"/>
    <w:basedOn w:val="Carpredefinitoparagrafo"/>
    <w:link w:val="Corpodel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llegamentoipertestuale">
    <w:name w:val="Hyperlink"/>
    <w:basedOn w:val="Carpredefinitoparagrafo"/>
    <w:uiPriority w:val="99"/>
    <w:semiHidden/>
    <w:unhideWhenUsed/>
    <w:rsid w:val="001D6E07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002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002A8"/>
    <w:rPr>
      <w:rFonts w:ascii="Tahoma" w:eastAsia="Arial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B1C7C4A-014C-4868-9CDE-80F6DF278D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1024</Words>
  <Characters>5838</Characters>
  <Application>Microsoft Office Word</Application>
  <DocSecurity>0</DocSecurity>
  <Lines>48</Lines>
  <Paragraphs>13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6849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utente</cp:lastModifiedBy>
  <cp:revision>5</cp:revision>
  <dcterms:created xsi:type="dcterms:W3CDTF">2026-10-08T07:39:00Z</dcterms:created>
  <dcterms:modified xsi:type="dcterms:W3CDTF">2026-10-12T15:52:00Z</dcterms:modified>
  <cp:category/>
</cp:coreProperties>
</file>